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BDC" w:rsidRDefault="00D30E93">
      <w:pPr>
        <w:spacing w:after="0" w:line="240" w:lineRule="auto"/>
        <w:jc w:val="center"/>
      </w:pPr>
      <w:r>
        <w:rPr>
          <w:b/>
          <w:sz w:val="26"/>
        </w:rPr>
        <w:t>PH</w:t>
      </w:r>
      <w:r>
        <w:rPr>
          <w:b/>
          <w:sz w:val="26"/>
        </w:rPr>
        <w:t>Ụ</w:t>
      </w:r>
      <w:r>
        <w:rPr>
          <w:b/>
          <w:sz w:val="26"/>
        </w:rPr>
        <w:t xml:space="preserve"> L</w:t>
      </w:r>
      <w:r>
        <w:rPr>
          <w:b/>
          <w:sz w:val="26"/>
        </w:rPr>
        <w:t>Ụ</w:t>
      </w:r>
      <w:r>
        <w:rPr>
          <w:b/>
          <w:sz w:val="26"/>
        </w:rPr>
        <w:t>C</w:t>
      </w:r>
    </w:p>
    <w:p w:rsidR="00DF7BDC" w:rsidRDefault="00D30E93">
      <w:pPr>
        <w:spacing w:after="0" w:line="240" w:lineRule="auto"/>
        <w:jc w:val="center"/>
        <w:rPr>
          <w:b/>
          <w:sz w:val="26"/>
        </w:rPr>
      </w:pPr>
      <w:r>
        <w:rPr>
          <w:b/>
          <w:sz w:val="26"/>
        </w:rPr>
        <w:t>NHI</w:t>
      </w:r>
      <w:r>
        <w:rPr>
          <w:b/>
          <w:sz w:val="26"/>
        </w:rPr>
        <w:t>Ệ</w:t>
      </w:r>
      <w:r>
        <w:rPr>
          <w:b/>
          <w:sz w:val="26"/>
        </w:rPr>
        <w:t>M V</w:t>
      </w:r>
      <w:r>
        <w:rPr>
          <w:b/>
          <w:sz w:val="26"/>
        </w:rPr>
        <w:t>Ụ</w:t>
      </w:r>
      <w:r>
        <w:rPr>
          <w:b/>
          <w:sz w:val="26"/>
        </w:rPr>
        <w:t>, GI</w:t>
      </w:r>
      <w:r>
        <w:rPr>
          <w:b/>
          <w:sz w:val="26"/>
        </w:rPr>
        <w:t>Ả</w:t>
      </w:r>
      <w:r>
        <w:rPr>
          <w:b/>
          <w:sz w:val="26"/>
        </w:rPr>
        <w:t>I PHÁP TR</w:t>
      </w:r>
      <w:r>
        <w:rPr>
          <w:b/>
          <w:sz w:val="26"/>
        </w:rPr>
        <w:t>Ọ</w:t>
      </w:r>
      <w:r>
        <w:rPr>
          <w:b/>
          <w:sz w:val="26"/>
        </w:rPr>
        <w:t>NG TÂM TH</w:t>
      </w:r>
      <w:r>
        <w:rPr>
          <w:b/>
          <w:sz w:val="26"/>
        </w:rPr>
        <w:t>Ự</w:t>
      </w:r>
      <w:r>
        <w:rPr>
          <w:b/>
          <w:sz w:val="26"/>
        </w:rPr>
        <w:t>C HI</w:t>
      </w:r>
      <w:r>
        <w:rPr>
          <w:b/>
          <w:sz w:val="26"/>
        </w:rPr>
        <w:t>Ệ</w:t>
      </w:r>
      <w:r>
        <w:rPr>
          <w:b/>
          <w:sz w:val="26"/>
        </w:rPr>
        <w:t>N Đ</w:t>
      </w:r>
      <w:r>
        <w:rPr>
          <w:b/>
          <w:sz w:val="26"/>
        </w:rPr>
        <w:t>Ề</w:t>
      </w:r>
      <w:r>
        <w:rPr>
          <w:b/>
          <w:sz w:val="26"/>
        </w:rPr>
        <w:t xml:space="preserve"> ÁN Đ</w:t>
      </w:r>
      <w:r>
        <w:rPr>
          <w:b/>
          <w:sz w:val="26"/>
        </w:rPr>
        <w:t>Ổ</w:t>
      </w:r>
      <w:r>
        <w:rPr>
          <w:b/>
          <w:sz w:val="26"/>
        </w:rPr>
        <w:t>I M</w:t>
      </w:r>
      <w:r>
        <w:rPr>
          <w:b/>
          <w:sz w:val="26"/>
        </w:rPr>
        <w:t>Ớ</w:t>
      </w:r>
      <w:r>
        <w:rPr>
          <w:b/>
          <w:sz w:val="26"/>
        </w:rPr>
        <w:t>I, NÂNG CAO HI</w:t>
      </w:r>
      <w:r>
        <w:rPr>
          <w:b/>
          <w:sz w:val="26"/>
        </w:rPr>
        <w:t>Ệ</w:t>
      </w:r>
      <w:r>
        <w:rPr>
          <w:b/>
          <w:sz w:val="26"/>
        </w:rPr>
        <w:t>U QU</w:t>
      </w:r>
      <w:r>
        <w:rPr>
          <w:b/>
          <w:sz w:val="26"/>
        </w:rPr>
        <w:t>Ả</w:t>
      </w:r>
      <w:r>
        <w:rPr>
          <w:b/>
          <w:sz w:val="26"/>
        </w:rPr>
        <w:t xml:space="preserve"> CÔNG TÁC XÂY D</w:t>
      </w:r>
      <w:r>
        <w:rPr>
          <w:b/>
          <w:sz w:val="26"/>
        </w:rPr>
        <w:t>Ự</w:t>
      </w:r>
      <w:r>
        <w:rPr>
          <w:b/>
          <w:sz w:val="26"/>
        </w:rPr>
        <w:t>NG VÀ T</w:t>
      </w:r>
      <w:r>
        <w:rPr>
          <w:b/>
          <w:sz w:val="26"/>
        </w:rPr>
        <w:t>Ổ</w:t>
      </w:r>
      <w:r>
        <w:rPr>
          <w:b/>
          <w:sz w:val="26"/>
        </w:rPr>
        <w:t xml:space="preserve"> CH</w:t>
      </w:r>
      <w:r>
        <w:rPr>
          <w:b/>
          <w:sz w:val="26"/>
        </w:rPr>
        <w:t>Ứ</w:t>
      </w:r>
      <w:r>
        <w:rPr>
          <w:b/>
          <w:sz w:val="26"/>
        </w:rPr>
        <w:t>C THI HÀNH PHÁP LU</w:t>
      </w:r>
      <w:r>
        <w:rPr>
          <w:b/>
          <w:sz w:val="26"/>
        </w:rPr>
        <w:t>Ậ</w:t>
      </w:r>
      <w:r>
        <w:rPr>
          <w:b/>
          <w:sz w:val="26"/>
        </w:rPr>
        <w:t>T GIAI ĐO</w:t>
      </w:r>
      <w:r>
        <w:rPr>
          <w:b/>
          <w:sz w:val="26"/>
        </w:rPr>
        <w:t>Ạ</w:t>
      </w:r>
      <w:r>
        <w:rPr>
          <w:b/>
          <w:sz w:val="26"/>
        </w:rPr>
        <w:t xml:space="preserve">N 2026 - 2030, </w:t>
      </w:r>
    </w:p>
    <w:p w:rsidR="00DF7BDC" w:rsidRDefault="00D30E93">
      <w:pPr>
        <w:spacing w:after="0" w:line="240" w:lineRule="auto"/>
        <w:jc w:val="center"/>
      </w:pPr>
      <w:r>
        <w:rPr>
          <w:b/>
          <w:sz w:val="26"/>
        </w:rPr>
        <w:t>Đ</w:t>
      </w:r>
      <w:r>
        <w:rPr>
          <w:b/>
          <w:sz w:val="26"/>
        </w:rPr>
        <w:t>Ị</w:t>
      </w:r>
      <w:r>
        <w:rPr>
          <w:b/>
          <w:sz w:val="26"/>
        </w:rPr>
        <w:t>NH HƯ</w:t>
      </w:r>
      <w:r>
        <w:rPr>
          <w:b/>
          <w:sz w:val="26"/>
        </w:rPr>
        <w:t>Ớ</w:t>
      </w:r>
      <w:r>
        <w:rPr>
          <w:b/>
          <w:sz w:val="26"/>
        </w:rPr>
        <w:t>NG Đ</w:t>
      </w:r>
      <w:r>
        <w:rPr>
          <w:b/>
          <w:sz w:val="26"/>
        </w:rPr>
        <w:t>Ế</w:t>
      </w:r>
      <w:r>
        <w:rPr>
          <w:b/>
          <w:sz w:val="26"/>
        </w:rPr>
        <w:t>N NĂM 2035 TRÊN Đ</w:t>
      </w:r>
      <w:r>
        <w:rPr>
          <w:b/>
          <w:sz w:val="26"/>
        </w:rPr>
        <w:t>Ị</w:t>
      </w:r>
      <w:r>
        <w:rPr>
          <w:b/>
          <w:sz w:val="26"/>
        </w:rPr>
        <w:t xml:space="preserve">A BÀN XÃ </w:t>
      </w:r>
      <w:r w:rsidR="003810AF">
        <w:rPr>
          <w:b/>
          <w:sz w:val="26"/>
        </w:rPr>
        <w:t>KIM HOA</w:t>
      </w:r>
    </w:p>
    <w:p w:rsidR="00DF7BDC" w:rsidRDefault="00D30E93">
      <w:pPr>
        <w:spacing w:line="240" w:lineRule="auto"/>
        <w:jc w:val="center"/>
      </w:pPr>
      <w:r>
        <w:rPr>
          <w:i/>
        </w:rPr>
        <w:t xml:space="preserve">(Kèm </w:t>
      </w:r>
      <w:proofErr w:type="gramStart"/>
      <w:r>
        <w:rPr>
          <w:i/>
        </w:rPr>
        <w:t>theo</w:t>
      </w:r>
      <w:proofErr w:type="gramEnd"/>
      <w:r>
        <w:rPr>
          <w:i/>
        </w:rPr>
        <w:t xml:space="preserve"> K</w:t>
      </w:r>
      <w:r>
        <w:rPr>
          <w:i/>
        </w:rPr>
        <w:t>ế</w:t>
      </w:r>
      <w:r>
        <w:rPr>
          <w:i/>
        </w:rPr>
        <w:t xml:space="preserve"> ho</w:t>
      </w:r>
      <w:r>
        <w:rPr>
          <w:i/>
        </w:rPr>
        <w:t>ạ</w:t>
      </w:r>
      <w:r>
        <w:rPr>
          <w:i/>
        </w:rPr>
        <w:t>ch s</w:t>
      </w:r>
      <w:r>
        <w:rPr>
          <w:i/>
        </w:rPr>
        <w:t>ố</w:t>
      </w:r>
      <w:r>
        <w:rPr>
          <w:i/>
        </w:rPr>
        <w:t xml:space="preserve">       /KH-UBND ngày …/…/2026 </w:t>
      </w:r>
      <w:r>
        <w:rPr>
          <w:i/>
        </w:rPr>
        <w:t>c</w:t>
      </w:r>
      <w:r>
        <w:rPr>
          <w:i/>
        </w:rPr>
        <w:t>ủ</w:t>
      </w:r>
      <w:r>
        <w:rPr>
          <w:i/>
        </w:rPr>
        <w:t xml:space="preserve">a UBND xã </w:t>
      </w:r>
      <w:r w:rsidR="003810AF">
        <w:rPr>
          <w:i/>
        </w:rPr>
        <w:t>Kim Hoa</w:t>
      </w:r>
      <w:r>
        <w:rPr>
          <w:i/>
        </w:rPr>
        <w:t>)</w:t>
      </w:r>
    </w:p>
    <w:tbl>
      <w:tblPr>
        <w:tblStyle w:val="TableGrid"/>
        <w:tblW w:w="14596" w:type="dxa"/>
        <w:jc w:val="center"/>
        <w:tblLook w:val="04A0" w:firstRow="1" w:lastRow="0" w:firstColumn="1" w:lastColumn="0" w:noHBand="0" w:noVBand="1"/>
      </w:tblPr>
      <w:tblGrid>
        <w:gridCol w:w="568"/>
        <w:gridCol w:w="4814"/>
        <w:gridCol w:w="1984"/>
        <w:gridCol w:w="1985"/>
        <w:gridCol w:w="1843"/>
        <w:gridCol w:w="2799"/>
        <w:gridCol w:w="603"/>
      </w:tblGrid>
      <w:tr w:rsidR="00DF7BDC">
        <w:trPr>
          <w:tblHeader/>
          <w:jc w:val="center"/>
        </w:trPr>
        <w:tc>
          <w:tcPr>
            <w:tcW w:w="568" w:type="dxa"/>
            <w:vAlign w:val="center"/>
          </w:tcPr>
          <w:p w:rsidR="00DF7BDC" w:rsidRDefault="00D30E93">
            <w:pPr>
              <w:jc w:val="center"/>
            </w:pPr>
            <w:r>
              <w:rPr>
                <w:b/>
              </w:rPr>
              <w:t>TT</w:t>
            </w:r>
          </w:p>
        </w:tc>
        <w:tc>
          <w:tcPr>
            <w:tcW w:w="4814" w:type="dxa"/>
            <w:vAlign w:val="center"/>
          </w:tcPr>
          <w:p w:rsidR="00DF7BDC" w:rsidRDefault="00D30E93">
            <w:pPr>
              <w:jc w:val="center"/>
            </w:pPr>
            <w:r>
              <w:rPr>
                <w:b/>
              </w:rPr>
              <w:t>Nhi</w:t>
            </w:r>
            <w:r>
              <w:rPr>
                <w:b/>
              </w:rPr>
              <w:t>ệ</w:t>
            </w:r>
            <w:r>
              <w:rPr>
                <w:b/>
              </w:rPr>
              <w:t>m v</w:t>
            </w:r>
            <w:r>
              <w:rPr>
                <w:b/>
              </w:rPr>
              <w:t>ụ</w:t>
            </w:r>
            <w:r>
              <w:rPr>
                <w:b/>
              </w:rPr>
              <w:t>, gi</w:t>
            </w:r>
            <w:r>
              <w:rPr>
                <w:b/>
              </w:rPr>
              <w:t>ả</w:t>
            </w:r>
            <w:r>
              <w:rPr>
                <w:b/>
              </w:rPr>
              <w:t>i pháp</w:t>
            </w:r>
          </w:p>
        </w:tc>
        <w:tc>
          <w:tcPr>
            <w:tcW w:w="1984" w:type="dxa"/>
            <w:vAlign w:val="center"/>
          </w:tcPr>
          <w:p w:rsidR="00DF7BDC" w:rsidRDefault="00D30E93">
            <w:pPr>
              <w:jc w:val="center"/>
            </w:pPr>
            <w:r>
              <w:rPr>
                <w:b/>
              </w:rPr>
              <w:t>Cơ quan ch</w:t>
            </w:r>
            <w:r>
              <w:rPr>
                <w:b/>
              </w:rPr>
              <w:t>ủ</w:t>
            </w:r>
            <w:r>
              <w:rPr>
                <w:b/>
              </w:rPr>
              <w:t xml:space="preserve"> trì</w:t>
            </w:r>
          </w:p>
        </w:tc>
        <w:tc>
          <w:tcPr>
            <w:tcW w:w="1985" w:type="dxa"/>
            <w:vAlign w:val="center"/>
          </w:tcPr>
          <w:p w:rsidR="00DF7BDC" w:rsidRDefault="00D30E93">
            <w:pPr>
              <w:jc w:val="center"/>
            </w:pPr>
            <w:r>
              <w:rPr>
                <w:b/>
              </w:rPr>
              <w:t>Cơ quan ph</w:t>
            </w:r>
            <w:r>
              <w:rPr>
                <w:b/>
              </w:rPr>
              <w:t>ố</w:t>
            </w:r>
            <w:r>
              <w:rPr>
                <w:b/>
              </w:rPr>
              <w:t>i h</w:t>
            </w:r>
            <w:r>
              <w:rPr>
                <w:b/>
              </w:rPr>
              <w:t>ợ</w:t>
            </w:r>
            <w:r>
              <w:rPr>
                <w:b/>
              </w:rPr>
              <w:t>p</w:t>
            </w:r>
          </w:p>
        </w:tc>
        <w:tc>
          <w:tcPr>
            <w:tcW w:w="1843" w:type="dxa"/>
            <w:vAlign w:val="center"/>
          </w:tcPr>
          <w:p w:rsidR="00DF7BDC" w:rsidRDefault="00D30E93">
            <w:pPr>
              <w:jc w:val="center"/>
            </w:pPr>
            <w:r>
              <w:rPr>
                <w:b/>
              </w:rPr>
              <w:t>Th</w:t>
            </w:r>
            <w:r>
              <w:rPr>
                <w:b/>
              </w:rPr>
              <w:t>ờ</w:t>
            </w:r>
            <w:r>
              <w:rPr>
                <w:b/>
              </w:rPr>
              <w:t>i gian th</w:t>
            </w:r>
            <w:r>
              <w:rPr>
                <w:b/>
              </w:rPr>
              <w:t>ự</w:t>
            </w:r>
            <w:r>
              <w:rPr>
                <w:b/>
              </w:rPr>
              <w:t>c hi</w:t>
            </w:r>
            <w:r>
              <w:rPr>
                <w:b/>
              </w:rPr>
              <w:t>ệ</w:t>
            </w:r>
            <w:r>
              <w:rPr>
                <w:b/>
              </w:rPr>
              <w:t>n</w:t>
            </w:r>
          </w:p>
        </w:tc>
        <w:tc>
          <w:tcPr>
            <w:tcW w:w="2799" w:type="dxa"/>
            <w:vAlign w:val="center"/>
          </w:tcPr>
          <w:p w:rsidR="00DF7BDC" w:rsidRDefault="00D30E93">
            <w:pPr>
              <w:jc w:val="center"/>
            </w:pPr>
            <w:r>
              <w:rPr>
                <w:b/>
              </w:rPr>
              <w:t>S</w:t>
            </w:r>
            <w:r>
              <w:rPr>
                <w:b/>
              </w:rPr>
              <w:t>ả</w:t>
            </w:r>
            <w:r>
              <w:rPr>
                <w:b/>
              </w:rPr>
              <w:t>n ph</w:t>
            </w:r>
            <w:r>
              <w:rPr>
                <w:b/>
              </w:rPr>
              <w:t>ẩ</w:t>
            </w:r>
            <w:r>
              <w:rPr>
                <w:b/>
              </w:rPr>
              <w:t>m</w:t>
            </w:r>
          </w:p>
        </w:tc>
        <w:tc>
          <w:tcPr>
            <w:tcW w:w="603" w:type="dxa"/>
            <w:vAlign w:val="center"/>
          </w:tcPr>
          <w:p w:rsidR="00DF7BDC" w:rsidRDefault="00D30E93">
            <w:pPr>
              <w:jc w:val="center"/>
            </w:pPr>
            <w:r>
              <w:rPr>
                <w:b/>
              </w:rPr>
              <w:t>Ghi chú</w:t>
            </w:r>
          </w:p>
        </w:tc>
      </w:tr>
      <w:tr w:rsidR="00DF7BDC">
        <w:trPr>
          <w:jc w:val="center"/>
        </w:trPr>
        <w:tc>
          <w:tcPr>
            <w:tcW w:w="568" w:type="dxa"/>
            <w:vAlign w:val="center"/>
          </w:tcPr>
          <w:p w:rsidR="00DF7BDC" w:rsidRDefault="00D30E93">
            <w:pPr>
              <w:jc w:val="center"/>
              <w:rPr>
                <w:b/>
                <w:bCs/>
              </w:rPr>
            </w:pPr>
            <w:r>
              <w:rPr>
                <w:b/>
                <w:bCs/>
              </w:rPr>
              <w:t>1</w:t>
            </w:r>
          </w:p>
        </w:tc>
        <w:tc>
          <w:tcPr>
            <w:tcW w:w="14028" w:type="dxa"/>
            <w:gridSpan w:val="6"/>
            <w:vAlign w:val="center"/>
          </w:tcPr>
          <w:p w:rsidR="00DF7BDC" w:rsidRDefault="00D30E93">
            <w:pPr>
              <w:jc w:val="both"/>
            </w:pPr>
            <w:r>
              <w:rPr>
                <w:b/>
                <w:bCs/>
              </w:rPr>
              <w:t>T</w:t>
            </w:r>
            <w:r>
              <w:rPr>
                <w:b/>
                <w:bCs/>
              </w:rPr>
              <w:t>ổ</w:t>
            </w:r>
            <w:r>
              <w:rPr>
                <w:b/>
                <w:bCs/>
              </w:rPr>
              <w:t xml:space="preserve"> ch</w:t>
            </w:r>
            <w:r>
              <w:rPr>
                <w:b/>
                <w:bCs/>
              </w:rPr>
              <w:t>ứ</w:t>
            </w:r>
            <w:r>
              <w:rPr>
                <w:b/>
                <w:bCs/>
              </w:rPr>
              <w:t>c quán tri</w:t>
            </w:r>
            <w:r>
              <w:rPr>
                <w:b/>
                <w:bCs/>
              </w:rPr>
              <w:t>ệ</w:t>
            </w:r>
            <w:r>
              <w:rPr>
                <w:b/>
                <w:bCs/>
              </w:rPr>
              <w:t>t, tuyên truy</w:t>
            </w:r>
            <w:r>
              <w:rPr>
                <w:b/>
                <w:bCs/>
              </w:rPr>
              <w:t>ề</w:t>
            </w:r>
            <w:r>
              <w:rPr>
                <w:b/>
                <w:bCs/>
              </w:rPr>
              <w:t>n và tri</w:t>
            </w:r>
            <w:r>
              <w:rPr>
                <w:b/>
                <w:bCs/>
              </w:rPr>
              <w:t>ể</w:t>
            </w:r>
            <w:r>
              <w:rPr>
                <w:b/>
                <w:bCs/>
              </w:rPr>
              <w:t>n khai th</w:t>
            </w:r>
            <w:r>
              <w:rPr>
                <w:b/>
                <w:bCs/>
              </w:rPr>
              <w:t>ự</w:t>
            </w:r>
            <w:r>
              <w:rPr>
                <w:b/>
                <w:bCs/>
              </w:rPr>
              <w:t>c hi</w:t>
            </w:r>
            <w:r>
              <w:rPr>
                <w:b/>
                <w:bCs/>
              </w:rPr>
              <w:t>ệ</w:t>
            </w:r>
            <w:r>
              <w:rPr>
                <w:b/>
                <w:bCs/>
              </w:rPr>
              <w:t>n Đ</w:t>
            </w:r>
            <w:r>
              <w:rPr>
                <w:b/>
                <w:bCs/>
              </w:rPr>
              <w:t>ề</w:t>
            </w:r>
            <w:r>
              <w:rPr>
                <w:b/>
                <w:bCs/>
              </w:rPr>
              <w:t xml:space="preserve"> án</w:t>
            </w:r>
          </w:p>
        </w:tc>
      </w:tr>
      <w:tr w:rsidR="00DF7BDC">
        <w:trPr>
          <w:jc w:val="center"/>
        </w:trPr>
        <w:tc>
          <w:tcPr>
            <w:tcW w:w="568" w:type="dxa"/>
            <w:vAlign w:val="center"/>
          </w:tcPr>
          <w:p w:rsidR="00DF7BDC" w:rsidRDefault="00D30E93">
            <w:pPr>
              <w:jc w:val="center"/>
            </w:pPr>
            <w:r>
              <w:t>1.1</w:t>
            </w:r>
          </w:p>
        </w:tc>
        <w:tc>
          <w:tcPr>
            <w:tcW w:w="4814" w:type="dxa"/>
            <w:vAlign w:val="center"/>
          </w:tcPr>
          <w:p w:rsidR="00DF7BDC" w:rsidRDefault="00D30E93">
            <w:pPr>
              <w:jc w:val="both"/>
            </w:pPr>
            <w:r>
              <w:t>Đ</w:t>
            </w:r>
            <w:r>
              <w:t>ẩ</w:t>
            </w:r>
            <w:r>
              <w:t>y m</w:t>
            </w:r>
            <w:r>
              <w:t>ạ</w:t>
            </w:r>
            <w:r>
              <w:t>nh thông tin, tuyên truy</w:t>
            </w:r>
            <w:r>
              <w:t>ề</w:t>
            </w:r>
            <w:r>
              <w:t>n v</w:t>
            </w:r>
            <w:r>
              <w:t>ề</w:t>
            </w:r>
            <w:r>
              <w:t xml:space="preserve"> m</w:t>
            </w:r>
            <w:r>
              <w:t>ụ</w:t>
            </w:r>
            <w:r>
              <w:t>c tiêu, nhi</w:t>
            </w:r>
            <w:r>
              <w:t>ệ</w:t>
            </w:r>
            <w:r>
              <w:t>m v</w:t>
            </w:r>
            <w:r>
              <w:t>ụ</w:t>
            </w:r>
            <w:r>
              <w:t>, gi</w:t>
            </w:r>
            <w:r>
              <w:t>ả</w:t>
            </w:r>
            <w:r>
              <w:t>i pháp c</w:t>
            </w:r>
            <w:r>
              <w:t>ủ</w:t>
            </w:r>
            <w:r>
              <w:t xml:space="preserve">a </w:t>
            </w:r>
            <w:r>
              <w:t>Đ</w:t>
            </w:r>
            <w:r>
              <w:t>ề</w:t>
            </w:r>
            <w:r>
              <w:t xml:space="preserve"> án; ph</w:t>
            </w:r>
            <w:r>
              <w:t>ổ</w:t>
            </w:r>
            <w:r>
              <w:t xml:space="preserve"> bi</w:t>
            </w:r>
            <w:r>
              <w:t>ế</w:t>
            </w:r>
            <w:r>
              <w:t>n mô hình hay, cách làm hi</w:t>
            </w:r>
            <w:r>
              <w:t>ệ</w:t>
            </w:r>
            <w:r>
              <w:t>u qu</w:t>
            </w:r>
            <w:r>
              <w:t>ả</w:t>
            </w:r>
            <w:r>
              <w:t>; tăng cư</w:t>
            </w:r>
            <w:r>
              <w:t>ờ</w:t>
            </w:r>
            <w:r>
              <w:t xml:space="preserve">ng </w:t>
            </w:r>
            <w:r>
              <w:t>ứ</w:t>
            </w:r>
            <w:r>
              <w:t>ng d</w:t>
            </w:r>
            <w:r>
              <w:t>ụ</w:t>
            </w:r>
            <w:r>
              <w:t>ng CNTT, chuy</w:t>
            </w:r>
            <w:r>
              <w:t>ể</w:t>
            </w:r>
            <w:r>
              <w:t>n đ</w:t>
            </w:r>
            <w:r>
              <w:t>ổ</w:t>
            </w:r>
            <w:r>
              <w:t>i s</w:t>
            </w:r>
            <w:r>
              <w:t>ố</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 xml:space="preserve">Văn </w:t>
            </w:r>
            <w:bookmarkStart w:id="0" w:name="_GoBack"/>
            <w:bookmarkEnd w:id="0"/>
            <w:r>
              <w:t>phòng HĐND-UBND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Tin, bài; h</w:t>
            </w:r>
            <w:r>
              <w:t>ộ</w:t>
            </w:r>
            <w:r>
              <w:t>i ngh</w:t>
            </w:r>
            <w:r>
              <w:t>ị</w:t>
            </w:r>
            <w:r>
              <w:t>; n</w:t>
            </w:r>
            <w:r>
              <w:t>ộ</w:t>
            </w:r>
            <w:r>
              <w:t>i dung tuyên truy</w:t>
            </w:r>
            <w:r>
              <w:t>ề</w:t>
            </w:r>
            <w:r>
              <w:t>n trên h</w:t>
            </w:r>
            <w:r>
              <w:t>ệ</w:t>
            </w:r>
            <w:r>
              <w:t xml:space="preserve"> th</w:t>
            </w:r>
            <w:r>
              <w:t>ố</w:t>
            </w:r>
            <w:r>
              <w:t>ng truy</w:t>
            </w:r>
            <w:r>
              <w:t>ề</w:t>
            </w:r>
            <w:r>
              <w:t>n thanh, Trang thông tin đi</w:t>
            </w:r>
            <w:r>
              <w:t>ệ</w:t>
            </w:r>
            <w:r>
              <w:t>n t</w:t>
            </w:r>
            <w:r>
              <w:t>ử</w:t>
            </w:r>
            <w:r>
              <w:t xml:space="preserve"> xã</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1.2</w:t>
            </w:r>
          </w:p>
        </w:tc>
        <w:tc>
          <w:tcPr>
            <w:tcW w:w="4814" w:type="dxa"/>
            <w:vAlign w:val="center"/>
          </w:tcPr>
          <w:p w:rsidR="00DF7BDC" w:rsidRDefault="00D30E93">
            <w:pPr>
              <w:jc w:val="both"/>
            </w:pPr>
            <w:r>
              <w:t>Ban hành K</w:t>
            </w:r>
            <w:r>
              <w:t>ế</w:t>
            </w:r>
            <w:r>
              <w:t xml:space="preserve"> ho</w:t>
            </w:r>
            <w:r>
              <w:t>ạ</w:t>
            </w:r>
            <w:r>
              <w:t>ch tri</w:t>
            </w:r>
            <w:r>
              <w:t>ể</w:t>
            </w:r>
            <w:r>
              <w:t>n khai th</w:t>
            </w:r>
            <w:r>
              <w:t>ự</w:t>
            </w:r>
            <w:r>
              <w:t>c hi</w:t>
            </w:r>
            <w:r>
              <w:t>ệ</w:t>
            </w:r>
            <w:r>
              <w:t>n Đ</w:t>
            </w:r>
            <w:r>
              <w:t>ề</w:t>
            </w:r>
            <w:r>
              <w:t xml:space="preserve"> án giai đo</w:t>
            </w:r>
            <w:r>
              <w:t>ạ</w:t>
            </w:r>
            <w:r>
              <w:t>n 2026-2030, đ</w:t>
            </w:r>
            <w:r>
              <w:t>ị</w:t>
            </w:r>
            <w:r>
              <w:t>nh hư</w:t>
            </w:r>
            <w:r>
              <w:t>ớ</w:t>
            </w:r>
            <w:r>
              <w:t>ng đ</w:t>
            </w:r>
            <w:r>
              <w:t>ế</w:t>
            </w:r>
            <w:r>
              <w:t>n năm 2035</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Quý III/2026</w:t>
            </w:r>
          </w:p>
        </w:tc>
        <w:tc>
          <w:tcPr>
            <w:tcW w:w="2799" w:type="dxa"/>
            <w:vAlign w:val="center"/>
          </w:tcPr>
          <w:p w:rsidR="00DF7BDC" w:rsidRDefault="00D30E93">
            <w:pPr>
              <w:jc w:val="both"/>
            </w:pPr>
            <w:r>
              <w:t>K</w:t>
            </w:r>
            <w:r>
              <w:t>ế</w:t>
            </w:r>
            <w:r>
              <w:t xml:space="preserve"> ho</w:t>
            </w:r>
            <w:r>
              <w:t>ạ</w:t>
            </w:r>
            <w:r>
              <w:t>ch c</w:t>
            </w:r>
            <w:r>
              <w:t>ủ</w:t>
            </w:r>
            <w:r>
              <w:t>a UBND xã</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1.3</w:t>
            </w:r>
          </w:p>
        </w:tc>
        <w:tc>
          <w:tcPr>
            <w:tcW w:w="4814" w:type="dxa"/>
            <w:vAlign w:val="center"/>
          </w:tcPr>
          <w:p w:rsidR="00DF7BDC" w:rsidRDefault="00D30E93">
            <w:pPr>
              <w:jc w:val="both"/>
            </w:pPr>
            <w:r>
              <w:t>Ban hành K</w:t>
            </w:r>
            <w:r>
              <w:t>ế</w:t>
            </w:r>
            <w:r>
              <w:t xml:space="preserve"> ho</w:t>
            </w:r>
            <w:r>
              <w:t>ạ</w:t>
            </w:r>
            <w:r>
              <w:t>ch h</w:t>
            </w:r>
            <w:r>
              <w:t>ằ</w:t>
            </w:r>
            <w:r>
              <w:t>ng năm tri</w:t>
            </w:r>
            <w:r>
              <w:t>ể</w:t>
            </w:r>
            <w:r>
              <w:t>n khai th</w:t>
            </w:r>
            <w:r>
              <w:t>ự</w:t>
            </w:r>
            <w:r>
              <w:t>c hi</w:t>
            </w:r>
            <w:r>
              <w:t>ệ</w:t>
            </w:r>
            <w:r>
              <w:t>n Đ</w:t>
            </w:r>
            <w:r>
              <w:t>ề</w:t>
            </w:r>
            <w:r>
              <w:t xml:space="preserve"> án, có th</w:t>
            </w:r>
            <w:r>
              <w:t>ể</w:t>
            </w:r>
            <w:r>
              <w:t xml:space="preserve"> tích h</w:t>
            </w:r>
            <w:r>
              <w:t>ợ</w:t>
            </w:r>
            <w:r>
              <w:t xml:space="preserve">p </w:t>
            </w:r>
            <w:r>
              <w:t>trong K</w:t>
            </w:r>
            <w:r>
              <w:t>ế</w:t>
            </w:r>
            <w:r>
              <w:t xml:space="preserve"> ho</w:t>
            </w:r>
            <w:r>
              <w:t>ạ</w:t>
            </w:r>
            <w:r>
              <w:t>ch công tác tư pháp, pháp ch</w:t>
            </w:r>
            <w:r>
              <w:t>ế</w:t>
            </w:r>
            <w:r>
              <w:t xml:space="preserve"> c</w:t>
            </w:r>
            <w:r>
              <w:t>ủ</w:t>
            </w:r>
            <w:r>
              <w:t>a xã</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Quý I h</w:t>
            </w:r>
            <w:r>
              <w:t>ằ</w:t>
            </w:r>
            <w:r>
              <w:t>ng năm</w:t>
            </w:r>
          </w:p>
        </w:tc>
        <w:tc>
          <w:tcPr>
            <w:tcW w:w="2799" w:type="dxa"/>
            <w:vAlign w:val="center"/>
          </w:tcPr>
          <w:p w:rsidR="00DF7BDC" w:rsidRDefault="00D30E93">
            <w:pPr>
              <w:jc w:val="both"/>
            </w:pPr>
            <w:r>
              <w:t>K</w:t>
            </w:r>
            <w:r>
              <w:t>ế</w:t>
            </w:r>
            <w:r>
              <w:t xml:space="preserve"> ho</w:t>
            </w:r>
            <w:r>
              <w:t>ạ</w:t>
            </w:r>
            <w:r>
              <w:t>ch h</w:t>
            </w:r>
            <w:r>
              <w:t>ằ</w:t>
            </w:r>
            <w:r>
              <w:t>ng năm ho</w:t>
            </w:r>
            <w:r>
              <w:t>ặ</w:t>
            </w:r>
            <w:r>
              <w:t>c n</w:t>
            </w:r>
            <w:r>
              <w:t>ộ</w:t>
            </w:r>
            <w:r>
              <w:t>i dung đư</w:t>
            </w:r>
            <w:r>
              <w:t>ợ</w:t>
            </w:r>
            <w:r>
              <w:t>c tích h</w:t>
            </w:r>
            <w:r>
              <w:t>ợ</w:t>
            </w:r>
            <w:r>
              <w:t>p trong k</w:t>
            </w:r>
            <w:r>
              <w:t>ế</w:t>
            </w:r>
            <w:r>
              <w:t xml:space="preserve"> ho</w:t>
            </w:r>
            <w:r>
              <w:t>ạ</w:t>
            </w:r>
            <w:r>
              <w:t>ch công tác tư pháp</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2</w:t>
            </w:r>
          </w:p>
        </w:tc>
        <w:tc>
          <w:tcPr>
            <w:tcW w:w="14028" w:type="dxa"/>
            <w:gridSpan w:val="6"/>
            <w:vAlign w:val="center"/>
          </w:tcPr>
          <w:p w:rsidR="00DF7BDC" w:rsidRDefault="00D30E93">
            <w:pPr>
              <w:jc w:val="both"/>
              <w:rPr>
                <w:b/>
                <w:bCs/>
              </w:rPr>
            </w:pPr>
            <w:r>
              <w:rPr>
                <w:b/>
                <w:bCs/>
              </w:rPr>
              <w:t>Đ</w:t>
            </w:r>
            <w:r>
              <w:rPr>
                <w:b/>
                <w:bCs/>
              </w:rPr>
              <w:t>ổ</w:t>
            </w:r>
            <w:r>
              <w:rPr>
                <w:b/>
                <w:bCs/>
              </w:rPr>
              <w:t>i m</w:t>
            </w:r>
            <w:r>
              <w:rPr>
                <w:b/>
                <w:bCs/>
              </w:rPr>
              <w:t>ớ</w:t>
            </w:r>
            <w:r>
              <w:rPr>
                <w:b/>
                <w:bCs/>
              </w:rPr>
              <w:t>i tư duy, phương th</w:t>
            </w:r>
            <w:r>
              <w:rPr>
                <w:b/>
                <w:bCs/>
              </w:rPr>
              <w:t>ứ</w:t>
            </w:r>
            <w:r>
              <w:rPr>
                <w:b/>
                <w:bCs/>
              </w:rPr>
              <w:t>c lãnh đ</w:t>
            </w:r>
            <w:r>
              <w:rPr>
                <w:b/>
                <w:bCs/>
              </w:rPr>
              <w:t>ạ</w:t>
            </w:r>
            <w:r>
              <w:rPr>
                <w:b/>
                <w:bCs/>
              </w:rPr>
              <w:t>o, ch</w:t>
            </w:r>
            <w:r>
              <w:rPr>
                <w:b/>
                <w:bCs/>
              </w:rPr>
              <w:t>ỉ</w:t>
            </w:r>
            <w:r>
              <w:rPr>
                <w:b/>
                <w:bCs/>
              </w:rPr>
              <w:t xml:space="preserve"> đ</w:t>
            </w:r>
            <w:r>
              <w:rPr>
                <w:b/>
                <w:bCs/>
              </w:rPr>
              <w:t>ạ</w:t>
            </w:r>
            <w:r>
              <w:rPr>
                <w:b/>
                <w:bCs/>
              </w:rPr>
              <w:t>o và đi</w:t>
            </w:r>
            <w:r>
              <w:rPr>
                <w:b/>
                <w:bCs/>
              </w:rPr>
              <w:t>ề</w:t>
            </w:r>
            <w:r>
              <w:rPr>
                <w:b/>
                <w:bCs/>
              </w:rPr>
              <w:t>u hành</w:t>
            </w:r>
            <w:r>
              <w:rPr>
                <w:b/>
                <w:bCs/>
              </w:rPr>
              <w:t xml:space="preserve"> công tác xây d</w:t>
            </w:r>
            <w:r>
              <w:rPr>
                <w:b/>
                <w:bCs/>
              </w:rPr>
              <w:t>ự</w:t>
            </w:r>
            <w:r>
              <w:rPr>
                <w:b/>
                <w:bCs/>
              </w:rPr>
              <w:t>ng, t</w:t>
            </w:r>
            <w:r>
              <w:rPr>
                <w:b/>
                <w:bCs/>
              </w:rPr>
              <w:t>ổ</w:t>
            </w:r>
            <w:r>
              <w:rPr>
                <w:b/>
                <w:bCs/>
              </w:rPr>
              <w:t xml:space="preserve"> ch</w:t>
            </w:r>
            <w:r>
              <w:rPr>
                <w:b/>
                <w:bCs/>
              </w:rPr>
              <w:t>ứ</w:t>
            </w:r>
            <w:r>
              <w:rPr>
                <w:b/>
                <w:bCs/>
              </w:rPr>
              <w:t>c thi hành pháp lu</w:t>
            </w:r>
            <w:r>
              <w:rPr>
                <w:b/>
                <w:bCs/>
              </w:rPr>
              <w:t>ậ</w:t>
            </w:r>
            <w:r>
              <w:rPr>
                <w:b/>
                <w:bCs/>
              </w:rPr>
              <w:t>t</w:t>
            </w:r>
          </w:p>
        </w:tc>
      </w:tr>
      <w:tr w:rsidR="00DF7BDC">
        <w:trPr>
          <w:jc w:val="center"/>
        </w:trPr>
        <w:tc>
          <w:tcPr>
            <w:tcW w:w="568" w:type="dxa"/>
            <w:vAlign w:val="center"/>
          </w:tcPr>
          <w:p w:rsidR="00DF7BDC" w:rsidRDefault="00D30E93">
            <w:pPr>
              <w:jc w:val="center"/>
            </w:pPr>
            <w:r>
              <w:t>2.1</w:t>
            </w:r>
          </w:p>
        </w:tc>
        <w:tc>
          <w:tcPr>
            <w:tcW w:w="4814" w:type="dxa"/>
            <w:vAlign w:val="center"/>
          </w:tcPr>
          <w:p w:rsidR="00DF7BDC" w:rsidRDefault="00D30E93">
            <w:pPr>
              <w:jc w:val="both"/>
            </w:pPr>
            <w:r>
              <w:t>Rà soát, hoàn thi</w:t>
            </w:r>
            <w:r>
              <w:t>ệ</w:t>
            </w:r>
            <w:r>
              <w:t>n Quy ch</w:t>
            </w:r>
            <w:r>
              <w:t>ế</w:t>
            </w:r>
            <w:r>
              <w:t xml:space="preserve"> làm vi</w:t>
            </w:r>
            <w:r>
              <w:t>ệ</w:t>
            </w:r>
            <w:r>
              <w:t>c c</w:t>
            </w:r>
            <w:r>
              <w:t>ủ</w:t>
            </w:r>
            <w:r>
              <w:t>a UBND xã, xác đ</w:t>
            </w:r>
            <w:r>
              <w:t>ị</w:t>
            </w:r>
            <w:r>
              <w:t>nh rõ trách nhi</w:t>
            </w:r>
            <w:r>
              <w:t>ệ</w:t>
            </w:r>
            <w:r>
              <w:t>m c</w:t>
            </w:r>
            <w:r>
              <w:t>ủ</w:t>
            </w:r>
            <w:r>
              <w:t>a ngư</w:t>
            </w:r>
            <w:r>
              <w:t>ờ</w:t>
            </w:r>
            <w:r>
              <w:t>i đ</w:t>
            </w:r>
            <w:r>
              <w:t>ứ</w:t>
            </w:r>
            <w:r>
              <w:t>ng đ</w:t>
            </w:r>
            <w:r>
              <w:t>ầ</w:t>
            </w:r>
            <w:r>
              <w:t>u trong xây d</w:t>
            </w:r>
            <w:r>
              <w:t>ự</w:t>
            </w:r>
            <w:r>
              <w:t>ng và t</w:t>
            </w:r>
            <w:r>
              <w:t>ổ</w:t>
            </w:r>
            <w:r>
              <w:t xml:space="preserve"> ch</w:t>
            </w:r>
            <w:r>
              <w:t>ứ</w:t>
            </w:r>
            <w:r>
              <w:t>c thi hành pháp lu</w:t>
            </w:r>
            <w:r>
              <w:t>ậ</w:t>
            </w:r>
            <w:r>
              <w:t>t</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Quý IV/2026</w:t>
            </w:r>
          </w:p>
        </w:tc>
        <w:tc>
          <w:tcPr>
            <w:tcW w:w="2799" w:type="dxa"/>
            <w:vAlign w:val="center"/>
          </w:tcPr>
          <w:p w:rsidR="00DF7BDC" w:rsidRDefault="00D30E93">
            <w:pPr>
              <w:jc w:val="both"/>
            </w:pPr>
            <w:r>
              <w:t>Quy ch</w:t>
            </w:r>
            <w:r>
              <w:t>ế</w:t>
            </w:r>
            <w:r>
              <w:t xml:space="preserve"> làm vi</w:t>
            </w:r>
            <w:r>
              <w:t>ệ</w:t>
            </w:r>
            <w:r>
              <w:t>c đư</w:t>
            </w:r>
            <w:r>
              <w:t>ợ</w:t>
            </w:r>
            <w:r>
              <w:t>c rà soát, s</w:t>
            </w:r>
            <w:r>
              <w:t>ử</w:t>
            </w:r>
            <w:r>
              <w:t>a đ</w:t>
            </w:r>
            <w:r>
              <w:t>ổ</w:t>
            </w:r>
            <w:r>
              <w:t>i, b</w:t>
            </w:r>
            <w:r>
              <w:t>ổ</w:t>
            </w:r>
            <w:r>
              <w:t xml:space="preserve"> sung (n</w:t>
            </w:r>
            <w:r>
              <w:t>ế</w:t>
            </w:r>
            <w:r>
              <w:t>u c</w:t>
            </w:r>
            <w:r>
              <w:t>ầ</w:t>
            </w:r>
            <w:r>
              <w:t>n)</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2.2</w:t>
            </w:r>
          </w:p>
        </w:tc>
        <w:tc>
          <w:tcPr>
            <w:tcW w:w="4814" w:type="dxa"/>
            <w:vAlign w:val="center"/>
          </w:tcPr>
          <w:p w:rsidR="00DF7BDC" w:rsidRDefault="00D30E93">
            <w:pPr>
              <w:jc w:val="both"/>
            </w:pPr>
            <w:r>
              <w:t>T</w:t>
            </w:r>
            <w:r>
              <w:t>ổ</w:t>
            </w:r>
            <w:r>
              <w:t xml:space="preserve"> ch</w:t>
            </w:r>
            <w:r>
              <w:t>ứ</w:t>
            </w:r>
            <w:r>
              <w:t>c giao ban, h</w:t>
            </w:r>
            <w:r>
              <w:t>ọ</w:t>
            </w:r>
            <w:r>
              <w:t>p chuyên đ</w:t>
            </w:r>
            <w:r>
              <w:t>ề</w:t>
            </w:r>
            <w:r>
              <w:t xml:space="preserve"> đ</w:t>
            </w:r>
            <w:r>
              <w:t>ể</w:t>
            </w:r>
            <w:r>
              <w:t xml:space="preserve"> rà soát ti</w:t>
            </w:r>
            <w:r>
              <w:t>ế</w:t>
            </w:r>
            <w:r>
              <w:t>n đ</w:t>
            </w:r>
            <w:r>
              <w:t>ộ</w:t>
            </w:r>
            <w:r>
              <w:t xml:space="preserve"> xây d</w:t>
            </w:r>
            <w:r>
              <w:t>ự</w:t>
            </w:r>
            <w:r>
              <w:t>ng văn b</w:t>
            </w:r>
            <w:r>
              <w:t>ả</w:t>
            </w:r>
            <w:r>
              <w:t>n, t</w:t>
            </w:r>
            <w:r>
              <w:t>ổ</w:t>
            </w:r>
            <w:r>
              <w:t xml:space="preserve"> ch</w:t>
            </w:r>
            <w:r>
              <w:t>ứ</w:t>
            </w:r>
            <w:r>
              <w:t>c thi hành pháp lu</w:t>
            </w:r>
            <w:r>
              <w:t>ậ</w:t>
            </w:r>
            <w:r>
              <w:t>t và x</w:t>
            </w:r>
            <w:r>
              <w:t>ử</w:t>
            </w:r>
            <w:r>
              <w:t xml:space="preserve"> lý khó khăn, vư</w:t>
            </w:r>
            <w:r>
              <w:t>ớ</w:t>
            </w:r>
            <w:r>
              <w:t>ng m</w:t>
            </w:r>
            <w:r>
              <w:t>ắ</w:t>
            </w:r>
            <w:r>
              <w:t>c</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H</w:t>
            </w:r>
            <w:r>
              <w:t>ằ</w:t>
            </w:r>
            <w:r>
              <w:t>ng quý ho</w:t>
            </w:r>
            <w:r>
              <w:t>ặ</w:t>
            </w:r>
            <w:r>
              <w:t xml:space="preserve">c </w:t>
            </w:r>
            <w:r>
              <w:t>khi c</w:t>
            </w:r>
            <w:r>
              <w:t>ầ</w:t>
            </w:r>
            <w:r>
              <w:t>n thi</w:t>
            </w:r>
            <w:r>
              <w:t>ế</w:t>
            </w:r>
            <w:r>
              <w:t>t</w:t>
            </w:r>
          </w:p>
        </w:tc>
        <w:tc>
          <w:tcPr>
            <w:tcW w:w="2799" w:type="dxa"/>
            <w:vAlign w:val="center"/>
          </w:tcPr>
          <w:p w:rsidR="00DF7BDC" w:rsidRDefault="00D30E93">
            <w:pPr>
              <w:jc w:val="both"/>
            </w:pPr>
            <w:r>
              <w:t>Biên b</w:t>
            </w:r>
            <w:r>
              <w:t>ả</w:t>
            </w:r>
            <w:r>
              <w:t>n/k</w:t>
            </w:r>
            <w:r>
              <w:t>ế</w:t>
            </w:r>
            <w:r>
              <w:t>t lu</w:t>
            </w:r>
            <w:r>
              <w:t>ậ</w:t>
            </w:r>
            <w:r>
              <w:t>n cu</w:t>
            </w:r>
            <w:r>
              <w:t>ộ</w:t>
            </w:r>
            <w:r>
              <w:t>c h</w:t>
            </w:r>
            <w:r>
              <w:t>ọ</w:t>
            </w:r>
            <w:r>
              <w:t>p; báo cáo tình hình</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2.3</w:t>
            </w:r>
          </w:p>
        </w:tc>
        <w:tc>
          <w:tcPr>
            <w:tcW w:w="4814" w:type="dxa"/>
            <w:vAlign w:val="center"/>
          </w:tcPr>
          <w:p w:rsidR="00DF7BDC" w:rsidRDefault="00D30E93">
            <w:pPr>
              <w:jc w:val="both"/>
            </w:pPr>
            <w:r>
              <w:t>G</w:t>
            </w:r>
            <w:r>
              <w:t>ắ</w:t>
            </w:r>
            <w:r>
              <w:t>n ch</w:t>
            </w:r>
            <w:r>
              <w:t>ấ</w:t>
            </w:r>
            <w:r>
              <w:t>t lư</w:t>
            </w:r>
            <w:r>
              <w:t>ợ</w:t>
            </w:r>
            <w:r>
              <w:t>ng tham mưu, ti</w:t>
            </w:r>
            <w:r>
              <w:t>ế</w:t>
            </w:r>
            <w:r>
              <w:t>n đ</w:t>
            </w:r>
            <w:r>
              <w:t>ộ</w:t>
            </w:r>
            <w:r>
              <w:t xml:space="preserve"> x</w:t>
            </w:r>
            <w:r>
              <w:t>ử</w:t>
            </w:r>
            <w:r>
              <w:t xml:space="preserve"> lý công vi</w:t>
            </w:r>
            <w:r>
              <w:t>ệ</w:t>
            </w:r>
            <w:r>
              <w:t>c, hi</w:t>
            </w:r>
            <w:r>
              <w:t>ệ</w:t>
            </w:r>
            <w:r>
              <w:t>u qu</w:t>
            </w:r>
            <w:r>
              <w:t>ả</w:t>
            </w:r>
            <w:r>
              <w:t xml:space="preserve"> t</w:t>
            </w:r>
            <w:r>
              <w:t>ổ</w:t>
            </w:r>
            <w:r>
              <w:t xml:space="preserve"> ch</w:t>
            </w:r>
            <w:r>
              <w:t>ứ</w:t>
            </w:r>
            <w:r>
              <w:t>c th</w:t>
            </w:r>
            <w:r>
              <w:t>ự</w:t>
            </w:r>
            <w:r>
              <w:t>c hi</w:t>
            </w:r>
            <w:r>
              <w:t>ệ</w:t>
            </w:r>
            <w:r>
              <w:t>n và m</w:t>
            </w:r>
            <w:r>
              <w:t>ứ</w:t>
            </w:r>
            <w:r>
              <w:t>c đ</w:t>
            </w:r>
            <w:r>
              <w:t>ộ</w:t>
            </w:r>
            <w:r>
              <w:t xml:space="preserve"> hài lòng c</w:t>
            </w:r>
            <w:r>
              <w:t>ủ</w:t>
            </w:r>
            <w:r>
              <w:t>a ngư</w:t>
            </w:r>
            <w:r>
              <w:t>ờ</w:t>
            </w:r>
            <w:r>
              <w:t>i dân v</w:t>
            </w:r>
            <w:r>
              <w:t>ớ</w:t>
            </w:r>
            <w:r>
              <w:t>i đánh giá nhi</w:t>
            </w:r>
            <w:r>
              <w:t>ệ</w:t>
            </w:r>
            <w:r>
              <w:t>m v</w:t>
            </w:r>
            <w:r>
              <w:t>ụ</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 xã</w:t>
            </w:r>
          </w:p>
        </w:tc>
        <w:tc>
          <w:tcPr>
            <w:tcW w:w="1843" w:type="dxa"/>
            <w:vAlign w:val="center"/>
          </w:tcPr>
          <w:p w:rsidR="00DF7BDC" w:rsidRDefault="00D30E93">
            <w:pPr>
              <w:jc w:val="both"/>
            </w:pPr>
            <w:r>
              <w:t>H</w:t>
            </w:r>
            <w:r>
              <w:t>ằ</w:t>
            </w:r>
            <w:r>
              <w:t xml:space="preserve">ng </w:t>
            </w:r>
            <w:r>
              <w:t>năm</w:t>
            </w:r>
          </w:p>
        </w:tc>
        <w:tc>
          <w:tcPr>
            <w:tcW w:w="2799" w:type="dxa"/>
            <w:vAlign w:val="center"/>
          </w:tcPr>
          <w:p w:rsidR="00DF7BDC" w:rsidRDefault="00D30E93">
            <w:pPr>
              <w:jc w:val="both"/>
            </w:pPr>
            <w:r>
              <w:t>N</w:t>
            </w:r>
            <w:r>
              <w:t>ộ</w:t>
            </w:r>
            <w:r>
              <w:t>i dung đánh giá, x</w:t>
            </w:r>
            <w:r>
              <w:t>ế</w:t>
            </w:r>
            <w:r>
              <w:t>p lo</w:t>
            </w:r>
            <w:r>
              <w:t>ạ</w:t>
            </w:r>
            <w:r>
              <w:t>i cán b</w:t>
            </w:r>
            <w:r>
              <w:t>ộ</w:t>
            </w:r>
            <w:r>
              <w:t>, công ch</w:t>
            </w:r>
            <w:r>
              <w:t>ứ</w:t>
            </w:r>
            <w:r>
              <w:t>c</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3</w:t>
            </w:r>
          </w:p>
        </w:tc>
        <w:tc>
          <w:tcPr>
            <w:tcW w:w="14028" w:type="dxa"/>
            <w:gridSpan w:val="6"/>
            <w:vAlign w:val="center"/>
          </w:tcPr>
          <w:p w:rsidR="00DF7BDC" w:rsidRDefault="00D30E93">
            <w:pPr>
              <w:jc w:val="both"/>
              <w:rPr>
                <w:b/>
                <w:bCs/>
              </w:rPr>
            </w:pPr>
            <w:r>
              <w:rPr>
                <w:b/>
                <w:bCs/>
              </w:rPr>
              <w:t>Nâng cao ch</w:t>
            </w:r>
            <w:r>
              <w:rPr>
                <w:b/>
                <w:bCs/>
              </w:rPr>
              <w:t>ấ</w:t>
            </w:r>
            <w:r>
              <w:rPr>
                <w:b/>
                <w:bCs/>
              </w:rPr>
              <w:t>t lư</w:t>
            </w:r>
            <w:r>
              <w:rPr>
                <w:b/>
                <w:bCs/>
              </w:rPr>
              <w:t>ợ</w:t>
            </w:r>
            <w:r>
              <w:rPr>
                <w:b/>
                <w:bCs/>
              </w:rPr>
              <w:t>ng xây d</w:t>
            </w:r>
            <w:r>
              <w:rPr>
                <w:b/>
                <w:bCs/>
              </w:rPr>
              <w:t>ự</w:t>
            </w:r>
            <w:r>
              <w:rPr>
                <w:b/>
                <w:bCs/>
              </w:rPr>
              <w:t>ng chính sách và văn b</w:t>
            </w:r>
            <w:r>
              <w:rPr>
                <w:b/>
                <w:bCs/>
              </w:rPr>
              <w:t>ả</w:t>
            </w:r>
            <w:r>
              <w:rPr>
                <w:b/>
                <w:bCs/>
              </w:rPr>
              <w:t>n QPPL</w:t>
            </w:r>
          </w:p>
        </w:tc>
      </w:tr>
      <w:tr w:rsidR="00DF7BDC">
        <w:trPr>
          <w:jc w:val="center"/>
        </w:trPr>
        <w:tc>
          <w:tcPr>
            <w:tcW w:w="568" w:type="dxa"/>
            <w:vAlign w:val="center"/>
          </w:tcPr>
          <w:p w:rsidR="00DF7BDC" w:rsidRDefault="00D30E93">
            <w:pPr>
              <w:jc w:val="center"/>
            </w:pPr>
            <w:r>
              <w:t>3.1</w:t>
            </w:r>
          </w:p>
        </w:tc>
        <w:tc>
          <w:tcPr>
            <w:tcW w:w="4814" w:type="dxa"/>
            <w:vAlign w:val="center"/>
          </w:tcPr>
          <w:p w:rsidR="00DF7BDC" w:rsidRDefault="00D30E93">
            <w:pPr>
              <w:jc w:val="both"/>
            </w:pPr>
            <w:r>
              <w:t>Nâng cao ch</w:t>
            </w:r>
            <w:r>
              <w:t>ấ</w:t>
            </w:r>
            <w:r>
              <w:t>t lư</w:t>
            </w:r>
            <w:r>
              <w:t>ợ</w:t>
            </w:r>
            <w:r>
              <w:t>ng th</w:t>
            </w:r>
            <w:r>
              <w:t>ẩ</w:t>
            </w:r>
            <w:r>
              <w:t>m đ</w:t>
            </w:r>
            <w:r>
              <w:t>ị</w:t>
            </w:r>
            <w:r>
              <w:t>nh, ki</w:t>
            </w:r>
            <w:r>
              <w:t>ể</w:t>
            </w:r>
            <w:r>
              <w:t>m tra và t</w:t>
            </w:r>
            <w:r>
              <w:t>ự</w:t>
            </w:r>
            <w:r>
              <w:t xml:space="preserve"> ki</w:t>
            </w:r>
            <w:r>
              <w:t>ể</w:t>
            </w:r>
            <w:r>
              <w:t>m tra văn b</w:t>
            </w:r>
            <w:r>
              <w:t>ả</w:t>
            </w:r>
            <w:r>
              <w:t>n; ki</w:t>
            </w:r>
            <w:r>
              <w:t>ể</w:t>
            </w:r>
            <w:r>
              <w:t>m tra văn b</w:t>
            </w:r>
            <w:r>
              <w:t>ả</w:t>
            </w:r>
            <w:r>
              <w:t xml:space="preserve">n ngay sau </w:t>
            </w:r>
            <w:r>
              <w:lastRenderedPageBreak/>
              <w:t>ban hành, nh</w:t>
            </w:r>
            <w:r>
              <w:t>ấ</w:t>
            </w:r>
            <w:r>
              <w:t>t là văn b</w:t>
            </w:r>
            <w:r>
              <w:t>ả</w:t>
            </w:r>
            <w:r>
              <w:t>n liên quan tr</w:t>
            </w:r>
            <w:r>
              <w:t>ự</w:t>
            </w:r>
            <w:r>
              <w:t>c ti</w:t>
            </w:r>
            <w:r>
              <w:t>ế</w:t>
            </w:r>
            <w:r>
              <w:t>p ngư</w:t>
            </w:r>
            <w:r>
              <w:t>ờ</w:t>
            </w:r>
            <w:r>
              <w:t>i</w:t>
            </w:r>
            <w:r>
              <w:t xml:space="preserve"> dân, doanh nghi</w:t>
            </w:r>
            <w:r>
              <w:t>ệ</w:t>
            </w:r>
            <w:r>
              <w:t>p</w:t>
            </w:r>
          </w:p>
        </w:tc>
        <w:tc>
          <w:tcPr>
            <w:tcW w:w="1984" w:type="dxa"/>
            <w:vAlign w:val="center"/>
          </w:tcPr>
          <w:p w:rsidR="00DF7BDC" w:rsidRDefault="00D30E93">
            <w:pPr>
              <w:jc w:val="both"/>
            </w:pPr>
            <w:r>
              <w:lastRenderedPageBreak/>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Theo quy đ</w:t>
            </w:r>
            <w:r>
              <w:t>ị</w:t>
            </w:r>
            <w:r>
              <w:t>nh; t</w:t>
            </w:r>
            <w:r>
              <w:t>ậ</w:t>
            </w:r>
            <w:r>
              <w:t xml:space="preserve">p trung trong </w:t>
            </w:r>
            <w:r>
              <w:lastRenderedPageBreak/>
              <w:t>th</w:t>
            </w:r>
            <w:r>
              <w:t>ờ</w:t>
            </w:r>
            <w:r>
              <w:t>i h</w:t>
            </w:r>
            <w:r>
              <w:t>ạ</w:t>
            </w:r>
            <w:r>
              <w:t>n 10 ngày sau khi văn b</w:t>
            </w:r>
            <w:r>
              <w:t>ả</w:t>
            </w:r>
            <w:r>
              <w:t>n đư</w:t>
            </w:r>
            <w:r>
              <w:t>ợ</w:t>
            </w:r>
            <w:r>
              <w:t>c ban hành đ</w:t>
            </w:r>
            <w:r>
              <w:t>ố</w:t>
            </w:r>
            <w:r>
              <w:t>i v</w:t>
            </w:r>
            <w:r>
              <w:t>ớ</w:t>
            </w:r>
            <w:r>
              <w:t>i nhi</w:t>
            </w:r>
            <w:r>
              <w:t>ệ</w:t>
            </w:r>
            <w:r>
              <w:t>m v</w:t>
            </w:r>
            <w:r>
              <w:t>ụ</w:t>
            </w:r>
            <w:r>
              <w:t xml:space="preserve"> ki</w:t>
            </w:r>
            <w:r>
              <w:t>ể</w:t>
            </w:r>
            <w:r>
              <w:t>m tra sau ban hành</w:t>
            </w:r>
          </w:p>
        </w:tc>
        <w:tc>
          <w:tcPr>
            <w:tcW w:w="2799" w:type="dxa"/>
            <w:vAlign w:val="center"/>
          </w:tcPr>
          <w:p w:rsidR="00DF7BDC" w:rsidRDefault="00D30E93">
            <w:pPr>
              <w:jc w:val="both"/>
            </w:pPr>
            <w:r>
              <w:lastRenderedPageBreak/>
              <w:t>Báo cáo th</w:t>
            </w:r>
            <w:r>
              <w:t>ẩ</w:t>
            </w:r>
            <w:r>
              <w:t>m đ</w:t>
            </w:r>
            <w:r>
              <w:t>ị</w:t>
            </w:r>
            <w:r>
              <w:t>nh/t</w:t>
            </w:r>
            <w:r>
              <w:t>ự</w:t>
            </w:r>
            <w:r>
              <w:t xml:space="preserve"> ki</w:t>
            </w:r>
            <w:r>
              <w:t>ể</w:t>
            </w:r>
            <w:r>
              <w:t>m tra; văn b</w:t>
            </w:r>
            <w:r>
              <w:t>ả</w:t>
            </w:r>
            <w:r>
              <w:t>n x</w:t>
            </w:r>
            <w:r>
              <w:t>ử</w:t>
            </w:r>
            <w:r>
              <w:t xml:space="preserve"> lý, </w:t>
            </w:r>
            <w:r>
              <w:lastRenderedPageBreak/>
              <w:t>ki</w:t>
            </w:r>
            <w:r>
              <w:t>ế</w:t>
            </w:r>
            <w:r>
              <w:t>n ngh</w:t>
            </w:r>
            <w:r>
              <w:t>ị</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lastRenderedPageBreak/>
              <w:t>3.2</w:t>
            </w:r>
          </w:p>
        </w:tc>
        <w:tc>
          <w:tcPr>
            <w:tcW w:w="4814" w:type="dxa"/>
            <w:vAlign w:val="center"/>
          </w:tcPr>
          <w:p w:rsidR="00DF7BDC" w:rsidRDefault="00D30E93">
            <w:pPr>
              <w:jc w:val="both"/>
            </w:pPr>
            <w:r>
              <w:rPr>
                <w:rFonts w:eastAsia="Times New Roman"/>
                <w:szCs w:val="24"/>
              </w:rPr>
              <w:t>Nâng c</w:t>
            </w:r>
            <w:r>
              <w:rPr>
                <w:rFonts w:eastAsia="Times New Roman"/>
                <w:szCs w:val="24"/>
              </w:rPr>
              <w:t xml:space="preserve">ao chất lượng nội dung báo cáo thẩm định. </w:t>
            </w:r>
            <w:r>
              <w:rPr>
                <w:szCs w:val="24"/>
              </w:rPr>
              <w:t>K</w:t>
            </w:r>
            <w:r>
              <w:rPr>
                <w:szCs w:val="24"/>
              </w:rPr>
              <w:t>ế</w:t>
            </w:r>
            <w:r>
              <w:rPr>
                <w:szCs w:val="24"/>
              </w:rPr>
              <w:t>t lu</w:t>
            </w:r>
            <w:r>
              <w:rPr>
                <w:szCs w:val="24"/>
              </w:rPr>
              <w:t>ậ</w:t>
            </w:r>
            <w:r>
              <w:rPr>
                <w:szCs w:val="24"/>
              </w:rPr>
              <w:t>n chưa đ</w:t>
            </w:r>
            <w:r>
              <w:rPr>
                <w:szCs w:val="24"/>
              </w:rPr>
              <w:t>ủ</w:t>
            </w:r>
            <w:r>
              <w:rPr>
                <w:szCs w:val="24"/>
              </w:rPr>
              <w:t xml:space="preserve"> đi</w:t>
            </w:r>
            <w:r>
              <w:rPr>
                <w:szCs w:val="24"/>
              </w:rPr>
              <w:t>ề</w:t>
            </w:r>
            <w:r>
              <w:rPr>
                <w:szCs w:val="24"/>
              </w:rPr>
              <w:t>u ki</w:t>
            </w:r>
            <w:r>
              <w:rPr>
                <w:szCs w:val="24"/>
              </w:rPr>
              <w:t>ệ</w:t>
            </w:r>
            <w:r>
              <w:rPr>
                <w:szCs w:val="24"/>
              </w:rPr>
              <w:t>n trình đ</w:t>
            </w:r>
            <w:r>
              <w:rPr>
                <w:szCs w:val="24"/>
              </w:rPr>
              <w:t>ố</w:t>
            </w:r>
            <w:r>
              <w:rPr>
                <w:szCs w:val="24"/>
              </w:rPr>
              <w:t>i v</w:t>
            </w:r>
            <w:r>
              <w:rPr>
                <w:szCs w:val="24"/>
              </w:rPr>
              <w:t>ớ</w:t>
            </w:r>
            <w:r>
              <w:rPr>
                <w:szCs w:val="24"/>
              </w:rPr>
              <w:t>i các d</w:t>
            </w:r>
            <w:r>
              <w:rPr>
                <w:szCs w:val="24"/>
              </w:rPr>
              <w:t>ự</w:t>
            </w:r>
            <w:r>
              <w:rPr>
                <w:szCs w:val="24"/>
              </w:rPr>
              <w:t xml:space="preserve"> th</w:t>
            </w:r>
            <w:r>
              <w:rPr>
                <w:szCs w:val="24"/>
              </w:rPr>
              <w:t>ả</w:t>
            </w:r>
            <w:r>
              <w:rPr>
                <w:szCs w:val="24"/>
              </w:rPr>
              <w:t>o văn b</w:t>
            </w:r>
            <w:r>
              <w:rPr>
                <w:szCs w:val="24"/>
              </w:rPr>
              <w:t>ả</w:t>
            </w:r>
            <w:r>
              <w:rPr>
                <w:szCs w:val="24"/>
              </w:rPr>
              <w:t>n QPPL chưa b</w:t>
            </w:r>
            <w:r>
              <w:rPr>
                <w:szCs w:val="24"/>
              </w:rPr>
              <w:t>ả</w:t>
            </w:r>
            <w:r>
              <w:rPr>
                <w:szCs w:val="24"/>
              </w:rPr>
              <w:t>o đ</w:t>
            </w:r>
            <w:r>
              <w:rPr>
                <w:szCs w:val="24"/>
              </w:rPr>
              <w:t>ả</w:t>
            </w:r>
            <w:r>
              <w:rPr>
                <w:szCs w:val="24"/>
              </w:rPr>
              <w:t>m yêu c</w:t>
            </w:r>
            <w:r>
              <w:rPr>
                <w:szCs w:val="24"/>
              </w:rPr>
              <w:t>ầ</w:t>
            </w:r>
            <w:r>
              <w:rPr>
                <w:szCs w:val="24"/>
              </w:rPr>
              <w:t>u v</w:t>
            </w:r>
            <w:r>
              <w:rPr>
                <w:szCs w:val="24"/>
              </w:rPr>
              <w:t>ề</w:t>
            </w:r>
            <w:r>
              <w:rPr>
                <w:szCs w:val="24"/>
              </w:rPr>
              <w:t xml:space="preserve"> ch</w:t>
            </w:r>
            <w:r>
              <w:rPr>
                <w:szCs w:val="24"/>
              </w:rPr>
              <w:t>ấ</w:t>
            </w:r>
            <w:r>
              <w:rPr>
                <w:szCs w:val="24"/>
              </w:rPr>
              <w:t>t lư</w:t>
            </w:r>
            <w:r>
              <w:rPr>
                <w:szCs w:val="24"/>
              </w:rPr>
              <w:t>ợ</w:t>
            </w:r>
            <w:r>
              <w:rPr>
                <w:szCs w:val="24"/>
              </w:rPr>
              <w:t>ng h</w:t>
            </w:r>
            <w:r>
              <w:rPr>
                <w:szCs w:val="24"/>
              </w:rPr>
              <w:t>ồ</w:t>
            </w:r>
            <w:r>
              <w:rPr>
                <w:szCs w:val="24"/>
              </w:rPr>
              <w:t xml:space="preserve"> sơ, cơ s</w:t>
            </w:r>
            <w:r>
              <w:rPr>
                <w:szCs w:val="24"/>
              </w:rPr>
              <w:t>ở</w:t>
            </w:r>
            <w:r>
              <w:rPr>
                <w:szCs w:val="24"/>
              </w:rPr>
              <w:t xml:space="preserve"> th</w:t>
            </w:r>
            <w:r>
              <w:rPr>
                <w:szCs w:val="24"/>
              </w:rPr>
              <w:t>ự</w:t>
            </w:r>
            <w:r>
              <w:rPr>
                <w:szCs w:val="24"/>
              </w:rPr>
              <w:t>c ti</w:t>
            </w:r>
            <w:r>
              <w:rPr>
                <w:szCs w:val="24"/>
              </w:rPr>
              <w:t>ễ</w:t>
            </w:r>
            <w:r>
              <w:rPr>
                <w:szCs w:val="24"/>
              </w:rPr>
              <w:t>n, đánh giá tác đ</w:t>
            </w:r>
            <w:r>
              <w:rPr>
                <w:szCs w:val="24"/>
              </w:rPr>
              <w:t>ộ</w:t>
            </w:r>
            <w:r>
              <w:rPr>
                <w:szCs w:val="24"/>
              </w:rPr>
              <w:t>ng và tính kh</w:t>
            </w:r>
            <w:r>
              <w:rPr>
                <w:szCs w:val="24"/>
              </w:rPr>
              <w:t>ả</w:t>
            </w:r>
            <w:r>
              <w:rPr>
                <w:szCs w:val="24"/>
              </w:rPr>
              <w:t xml:space="preserve"> thi khi th</w:t>
            </w:r>
            <w:r>
              <w:rPr>
                <w:szCs w:val="24"/>
              </w:rPr>
              <w:t>ẩ</w:t>
            </w:r>
            <w:r>
              <w:rPr>
                <w:szCs w:val="24"/>
              </w:rPr>
              <w:t>m đ</w:t>
            </w:r>
            <w:r>
              <w:rPr>
                <w:szCs w:val="24"/>
              </w:rPr>
              <w:t>ị</w:t>
            </w:r>
            <w:r>
              <w:rPr>
                <w:szCs w:val="24"/>
              </w:rPr>
              <w:t>nh</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 xml:space="preserve">Các phòng, ban, </w:t>
            </w:r>
            <w:r>
              <w:t>ngành c</w:t>
            </w:r>
            <w:r>
              <w:t>ấ</w:t>
            </w:r>
            <w:r>
              <w:t>p xã</w:t>
            </w:r>
          </w:p>
        </w:tc>
        <w:tc>
          <w:tcPr>
            <w:tcW w:w="1843" w:type="dxa"/>
            <w:vAlign w:val="center"/>
          </w:tcPr>
          <w:p w:rsidR="00DF7BDC" w:rsidRDefault="00D30E93">
            <w:pPr>
              <w:jc w:val="both"/>
            </w:pPr>
            <w:r>
              <w:rPr>
                <w:rFonts w:eastAsia="Times New Roman"/>
                <w:szCs w:val="24"/>
              </w:rPr>
              <w:t>Khi thực hiện thẩm định dự thảo văn bản</w:t>
            </w:r>
          </w:p>
        </w:tc>
        <w:tc>
          <w:tcPr>
            <w:tcW w:w="2799" w:type="dxa"/>
            <w:vAlign w:val="center"/>
          </w:tcPr>
          <w:p w:rsidR="00DF7BDC" w:rsidRDefault="00D30E93">
            <w:pPr>
              <w:jc w:val="both"/>
            </w:pPr>
            <w:r>
              <w:rPr>
                <w:rFonts w:eastAsia="Times New Roman"/>
                <w:szCs w:val="24"/>
              </w:rPr>
              <w:t>Báo cáo thẩm định bảo đảm chất lượng</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3.3</w:t>
            </w:r>
          </w:p>
        </w:tc>
        <w:tc>
          <w:tcPr>
            <w:tcW w:w="4814" w:type="dxa"/>
            <w:vAlign w:val="center"/>
          </w:tcPr>
          <w:p w:rsidR="00DF7BDC" w:rsidRDefault="00D30E93">
            <w:pPr>
              <w:jc w:val="both"/>
            </w:pPr>
            <w:r>
              <w:rPr>
                <w:rFonts w:eastAsia="Times New Roman"/>
                <w:szCs w:val="24"/>
              </w:rPr>
              <w:t>Tăng cường cơ chế phối hợp và tham vấn chuyên môn trong quá trình thẩm định; Chủ động mời đại diện các Ban của HĐND tham gia các cuộc họp thẩm định dự thảo Nghị</w:t>
            </w:r>
            <w:r>
              <w:rPr>
                <w:rFonts w:eastAsia="Times New Roman"/>
                <w:szCs w:val="24"/>
              </w:rPr>
              <w:t xml:space="preserve"> quyết đối với những dự thảo Nghị quyết phức tạp</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rPr>
                <w:rFonts w:eastAsia="Times New Roman"/>
                <w:szCs w:val="24"/>
              </w:rPr>
              <w:t>Khi thẩm định các dự thảo văn bản quan trọng</w:t>
            </w:r>
          </w:p>
        </w:tc>
        <w:tc>
          <w:tcPr>
            <w:tcW w:w="2799" w:type="dxa"/>
            <w:vAlign w:val="center"/>
          </w:tcPr>
          <w:p w:rsidR="00DF7BDC" w:rsidRDefault="00D30E93">
            <w:pPr>
              <w:jc w:val="both"/>
            </w:pPr>
            <w:r>
              <w:rPr>
                <w:rFonts w:eastAsia="Times New Roman"/>
                <w:szCs w:val="24"/>
              </w:rPr>
              <w:t>Biên bản họp thẩm định; ý kiến của đại biểu; báo cáo thẩm định hoàn chỉnh</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3.4</w:t>
            </w:r>
          </w:p>
        </w:tc>
        <w:tc>
          <w:tcPr>
            <w:tcW w:w="4814" w:type="dxa"/>
            <w:vAlign w:val="center"/>
          </w:tcPr>
          <w:p w:rsidR="00DF7BDC" w:rsidRDefault="00D30E93">
            <w:pPr>
              <w:jc w:val="both"/>
            </w:pPr>
            <w:r>
              <w:rPr>
                <w:rFonts w:eastAsia="Times New Roman"/>
                <w:spacing w:val="-2"/>
                <w:szCs w:val="24"/>
              </w:rPr>
              <w:t>Tăng cường tự kiểm tra, kiểm t</w:t>
            </w:r>
            <w:r>
              <w:rPr>
                <w:rFonts w:eastAsia="Times New Roman"/>
                <w:spacing w:val="-2"/>
                <w:szCs w:val="24"/>
              </w:rPr>
              <w:t>ra văn bản sau ban hành, nhất là đối với các văn bản liên quan trực tiếp đến người dân, doanh nghiệp hoặc các lĩnh vực dễ phát sinh vướng mắc trong quá trình áp dụng</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rPr>
                <w:rFonts w:eastAsia="Times New Roman"/>
                <w:spacing w:val="-4"/>
                <w:szCs w:val="24"/>
              </w:rPr>
              <w:t>Trong thời hạn 10 ngày sau khi văn bản</w:t>
            </w:r>
            <w:r>
              <w:rPr>
                <w:rFonts w:eastAsia="Times New Roman"/>
                <w:spacing w:val="-4"/>
                <w:szCs w:val="24"/>
              </w:rPr>
              <w:t xml:space="preserve"> được ban hành; theo chuyên đề</w:t>
            </w:r>
          </w:p>
        </w:tc>
        <w:tc>
          <w:tcPr>
            <w:tcW w:w="2799" w:type="dxa"/>
            <w:vAlign w:val="center"/>
          </w:tcPr>
          <w:p w:rsidR="00DF7BDC" w:rsidRDefault="00D30E93">
            <w:pPr>
              <w:jc w:val="both"/>
            </w:pPr>
            <w:r>
              <w:rPr>
                <w:rFonts w:eastAsia="Times New Roman"/>
                <w:szCs w:val="24"/>
              </w:rPr>
              <w:t>Báo cáo tự kiểm tra, kiểm tra; văn bản xử lý</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3.5</w:t>
            </w:r>
          </w:p>
        </w:tc>
        <w:tc>
          <w:tcPr>
            <w:tcW w:w="4814" w:type="dxa"/>
            <w:vAlign w:val="center"/>
          </w:tcPr>
          <w:p w:rsidR="00DF7BDC" w:rsidRDefault="00D30E93">
            <w:pPr>
              <w:jc w:val="both"/>
            </w:pPr>
            <w:r>
              <w:rPr>
                <w:rFonts w:eastAsia="Times New Roman"/>
                <w:szCs w:val="24"/>
              </w:rPr>
              <w:t>Gắn công tác kiểm tra văn bản với theo dõi tình hình thi hành pháp luật, phản ánh, kiến nghị của tổ chức, cá nhân và thông tin từ hoạt động giải quyết khiếu nại, tố cáo để nh</w:t>
            </w:r>
            <w:r>
              <w:rPr>
                <w:rFonts w:eastAsia="Times New Roman"/>
                <w:szCs w:val="24"/>
              </w:rPr>
              <w:t>ận diện kịp thời các bất cập trong quy định pháp luật</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rPr>
                <w:rFonts w:eastAsia="Times New Roman"/>
                <w:szCs w:val="24"/>
              </w:rPr>
              <w:t>Thường xuyên</w:t>
            </w:r>
          </w:p>
        </w:tc>
        <w:tc>
          <w:tcPr>
            <w:tcW w:w="2799" w:type="dxa"/>
            <w:vAlign w:val="center"/>
          </w:tcPr>
          <w:p w:rsidR="00DF7BDC" w:rsidRDefault="00D30E93">
            <w:pPr>
              <w:jc w:val="both"/>
              <w:rPr>
                <w:rFonts w:eastAsia="Times New Roman"/>
                <w:spacing w:val="-2"/>
                <w:szCs w:val="24"/>
              </w:rPr>
            </w:pPr>
            <w:r>
              <w:rPr>
                <w:rFonts w:eastAsia="Times New Roman"/>
                <w:spacing w:val="-2"/>
                <w:szCs w:val="24"/>
              </w:rPr>
              <w:t xml:space="preserve">- Báo cáo kết quả kiểm tra văn bản/kết quả phản hồi thông tin từ kiểm tra và theo dõi thi hành pháp luật, kiến nghị của tổ chức, cá nhân </w:t>
            </w:r>
            <w:r>
              <w:rPr>
                <w:rFonts w:eastAsia="Times New Roman"/>
                <w:spacing w:val="-2"/>
                <w:szCs w:val="24"/>
              </w:rPr>
              <w:t>và thông tin từ hoạt động thanh tra, kiểm tra, giải quyết khiếu nại, tố cáo.</w:t>
            </w:r>
          </w:p>
          <w:p w:rsidR="00DF7BDC" w:rsidRDefault="00D30E93">
            <w:pPr>
              <w:jc w:val="both"/>
            </w:pPr>
            <w:r>
              <w:rPr>
                <w:szCs w:val="24"/>
              </w:rPr>
              <w:t>- Danh m</w:t>
            </w:r>
            <w:r>
              <w:rPr>
                <w:szCs w:val="24"/>
              </w:rPr>
              <w:t>ụ</w:t>
            </w:r>
            <w:r>
              <w:rPr>
                <w:szCs w:val="24"/>
              </w:rPr>
              <w:t>c văn b</w:t>
            </w:r>
            <w:r>
              <w:rPr>
                <w:szCs w:val="24"/>
              </w:rPr>
              <w:t>ả</w:t>
            </w:r>
            <w:r>
              <w:rPr>
                <w:szCs w:val="24"/>
              </w:rPr>
              <w:t>n QPPL có b</w:t>
            </w:r>
            <w:r>
              <w:rPr>
                <w:szCs w:val="24"/>
              </w:rPr>
              <w:t>ấ</w:t>
            </w:r>
            <w:r>
              <w:rPr>
                <w:szCs w:val="24"/>
              </w:rPr>
              <w:t>t c</w:t>
            </w:r>
            <w:r>
              <w:rPr>
                <w:szCs w:val="24"/>
              </w:rPr>
              <w:t>ậ</w:t>
            </w:r>
            <w:r>
              <w:rPr>
                <w:szCs w:val="24"/>
              </w:rPr>
              <w:t>p, ch</w:t>
            </w:r>
            <w:r>
              <w:rPr>
                <w:szCs w:val="24"/>
              </w:rPr>
              <w:t>ồ</w:t>
            </w:r>
            <w:r>
              <w:rPr>
                <w:szCs w:val="24"/>
              </w:rPr>
              <w:t>ng chéo, mâu thu</w:t>
            </w:r>
            <w:r>
              <w:rPr>
                <w:szCs w:val="24"/>
              </w:rPr>
              <w:t>ẫ</w:t>
            </w:r>
            <w:r>
              <w:rPr>
                <w:szCs w:val="24"/>
              </w:rPr>
              <w:t>n ho</w:t>
            </w:r>
            <w:r>
              <w:rPr>
                <w:szCs w:val="24"/>
              </w:rPr>
              <w:t>ặ</w:t>
            </w:r>
            <w:r>
              <w:rPr>
                <w:szCs w:val="24"/>
              </w:rPr>
              <w:t>c không còn phù h</w:t>
            </w:r>
            <w:r>
              <w:rPr>
                <w:szCs w:val="24"/>
              </w:rPr>
              <w:t>ợ</w:t>
            </w:r>
            <w:r>
              <w:rPr>
                <w:szCs w:val="24"/>
              </w:rPr>
              <w:t>p đư</w:t>
            </w:r>
            <w:r>
              <w:rPr>
                <w:szCs w:val="24"/>
              </w:rPr>
              <w:t>ợ</w:t>
            </w:r>
            <w:r>
              <w:rPr>
                <w:szCs w:val="24"/>
              </w:rPr>
              <w:t>c phát hi</w:t>
            </w:r>
            <w:r>
              <w:rPr>
                <w:szCs w:val="24"/>
              </w:rPr>
              <w:t>ệ</w:t>
            </w:r>
            <w:r>
              <w:rPr>
                <w:szCs w:val="24"/>
              </w:rPr>
              <w:t>n qua ki</w:t>
            </w:r>
            <w:r>
              <w:rPr>
                <w:szCs w:val="24"/>
              </w:rPr>
              <w:t>ể</w:t>
            </w:r>
            <w:r>
              <w:rPr>
                <w:szCs w:val="24"/>
              </w:rPr>
              <w:t>m tra và theo dõi thi hành pháp lu</w:t>
            </w:r>
            <w:r>
              <w:rPr>
                <w:szCs w:val="24"/>
              </w:rPr>
              <w:t>ậ</w:t>
            </w:r>
            <w:r>
              <w:rPr>
                <w:szCs w:val="24"/>
              </w:rPr>
              <w:t>t</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4</w:t>
            </w:r>
          </w:p>
        </w:tc>
        <w:tc>
          <w:tcPr>
            <w:tcW w:w="14028" w:type="dxa"/>
            <w:gridSpan w:val="6"/>
            <w:vAlign w:val="center"/>
          </w:tcPr>
          <w:p w:rsidR="00DF7BDC" w:rsidRDefault="00D30E93">
            <w:pPr>
              <w:jc w:val="both"/>
              <w:rPr>
                <w:b/>
                <w:bCs/>
              </w:rPr>
            </w:pPr>
            <w:r>
              <w:rPr>
                <w:b/>
                <w:bCs/>
              </w:rPr>
              <w:t>Đ</w:t>
            </w:r>
            <w:r>
              <w:rPr>
                <w:b/>
                <w:bCs/>
              </w:rPr>
              <w:t>ổ</w:t>
            </w:r>
            <w:r>
              <w:rPr>
                <w:b/>
                <w:bCs/>
              </w:rPr>
              <w:t>i m</w:t>
            </w:r>
            <w:r>
              <w:rPr>
                <w:b/>
                <w:bCs/>
              </w:rPr>
              <w:t>ớ</w:t>
            </w:r>
            <w:r>
              <w:rPr>
                <w:b/>
                <w:bCs/>
              </w:rPr>
              <w:t>i căn b</w:t>
            </w:r>
            <w:r>
              <w:rPr>
                <w:b/>
                <w:bCs/>
              </w:rPr>
              <w:t>ả</w:t>
            </w:r>
            <w:r>
              <w:rPr>
                <w:b/>
                <w:bCs/>
              </w:rPr>
              <w:t>n công tác t</w:t>
            </w:r>
            <w:r>
              <w:rPr>
                <w:b/>
                <w:bCs/>
              </w:rPr>
              <w:t>ổ</w:t>
            </w:r>
            <w:r>
              <w:rPr>
                <w:b/>
                <w:bCs/>
              </w:rPr>
              <w:t xml:space="preserve"> ch</w:t>
            </w:r>
            <w:r>
              <w:rPr>
                <w:b/>
                <w:bCs/>
              </w:rPr>
              <w:t>ứ</w:t>
            </w:r>
            <w:r>
              <w:rPr>
                <w:b/>
                <w:bCs/>
              </w:rPr>
              <w:t xml:space="preserve">c </w:t>
            </w:r>
            <w:r>
              <w:rPr>
                <w:b/>
                <w:bCs/>
              </w:rPr>
              <w:t>thi hành pháp lu</w:t>
            </w:r>
            <w:r>
              <w:rPr>
                <w:b/>
                <w:bCs/>
              </w:rPr>
              <w:t>ậ</w:t>
            </w:r>
            <w:r>
              <w:rPr>
                <w:b/>
                <w:bCs/>
              </w:rPr>
              <w:t>t</w:t>
            </w:r>
          </w:p>
        </w:tc>
      </w:tr>
      <w:tr w:rsidR="00DF7BDC">
        <w:trPr>
          <w:jc w:val="center"/>
        </w:trPr>
        <w:tc>
          <w:tcPr>
            <w:tcW w:w="568" w:type="dxa"/>
            <w:vAlign w:val="center"/>
          </w:tcPr>
          <w:p w:rsidR="00DF7BDC" w:rsidRDefault="00D30E93">
            <w:pPr>
              <w:jc w:val="center"/>
            </w:pPr>
            <w:r>
              <w:t>4.1</w:t>
            </w:r>
          </w:p>
        </w:tc>
        <w:tc>
          <w:tcPr>
            <w:tcW w:w="4814" w:type="dxa"/>
            <w:vAlign w:val="center"/>
          </w:tcPr>
          <w:p w:rsidR="00DF7BDC" w:rsidRDefault="00D30E93">
            <w:pPr>
              <w:jc w:val="both"/>
            </w:pPr>
            <w:r>
              <w:t>T</w:t>
            </w:r>
            <w:r>
              <w:t>ổ</w:t>
            </w:r>
            <w:r>
              <w:t xml:space="preserve"> ch</w:t>
            </w:r>
            <w:r>
              <w:t>ứ</w:t>
            </w:r>
            <w:r>
              <w:t>c tri</w:t>
            </w:r>
            <w:r>
              <w:t>ể</w:t>
            </w:r>
            <w:r>
              <w:t>n khai thi hành văn b</w:t>
            </w:r>
            <w:r>
              <w:t>ả</w:t>
            </w:r>
            <w:r>
              <w:t>n ngay sau khi đư</w:t>
            </w:r>
            <w:r>
              <w:t>ợ</w:t>
            </w:r>
            <w:r>
              <w:t>c ban hành; ph</w:t>
            </w:r>
            <w:r>
              <w:t>ổ</w:t>
            </w:r>
            <w:r>
              <w:t xml:space="preserve"> bi</w:t>
            </w:r>
            <w:r>
              <w:t>ế</w:t>
            </w:r>
            <w:r>
              <w:t>n, hư</w:t>
            </w:r>
            <w:r>
              <w:t>ớ</w:t>
            </w:r>
            <w:r>
              <w:t>ng d</w:t>
            </w:r>
            <w:r>
              <w:t>ẫ</w:t>
            </w:r>
            <w:r>
              <w:t>n, đôn đ</w:t>
            </w:r>
            <w:r>
              <w:t>ố</w:t>
            </w:r>
            <w:r>
              <w:t>c vi</w:t>
            </w:r>
            <w:r>
              <w:t>ệ</w:t>
            </w:r>
            <w:r>
              <w:t>c th</w:t>
            </w:r>
            <w:r>
              <w:t>ự</w:t>
            </w:r>
            <w:r>
              <w:t>c hi</w:t>
            </w:r>
            <w:r>
              <w:t>ệ</w:t>
            </w:r>
            <w:r>
              <w:t>n</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Văn b</w:t>
            </w:r>
            <w:r>
              <w:t>ả</w:t>
            </w:r>
            <w:r>
              <w:t>n tri</w:t>
            </w:r>
            <w:r>
              <w:t>ể</w:t>
            </w:r>
            <w:r>
              <w:t>n khai; h</w:t>
            </w:r>
            <w:r>
              <w:t>ộ</w:t>
            </w:r>
            <w:r>
              <w:t>i ngh</w:t>
            </w:r>
            <w:r>
              <w:t>ị</w:t>
            </w:r>
            <w:r>
              <w:t>/tài li</w:t>
            </w:r>
            <w:r>
              <w:t>ệ</w:t>
            </w:r>
            <w:r>
              <w:t>u hư</w:t>
            </w:r>
            <w:r>
              <w:t>ớ</w:t>
            </w:r>
            <w:r>
              <w:t>ng d</w:t>
            </w:r>
            <w:r>
              <w:t>ẫ</w:t>
            </w:r>
            <w:r>
              <w:t>n</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4.2</w:t>
            </w:r>
          </w:p>
        </w:tc>
        <w:tc>
          <w:tcPr>
            <w:tcW w:w="4814" w:type="dxa"/>
            <w:vAlign w:val="center"/>
          </w:tcPr>
          <w:p w:rsidR="00DF7BDC" w:rsidRDefault="00D30E93">
            <w:pPr>
              <w:jc w:val="both"/>
            </w:pPr>
            <w:r>
              <w:t xml:space="preserve">Theo </w:t>
            </w:r>
            <w:r>
              <w:t>dõi, đánh giá tình hình thi hành pháp lu</w:t>
            </w:r>
            <w:r>
              <w:t>ậ</w:t>
            </w:r>
            <w:r>
              <w:t>t; k</w:t>
            </w:r>
            <w:r>
              <w:t>ị</w:t>
            </w:r>
            <w:r>
              <w:t>p th</w:t>
            </w:r>
            <w:r>
              <w:t>ờ</w:t>
            </w:r>
            <w:r>
              <w:t>i phát hi</w:t>
            </w:r>
            <w:r>
              <w:t>ệ</w:t>
            </w:r>
            <w:r>
              <w:t>n khó khăn, vư</w:t>
            </w:r>
            <w:r>
              <w:t>ớ</w:t>
            </w:r>
            <w:r>
              <w:t>ng m</w:t>
            </w:r>
            <w:r>
              <w:t>ắ</w:t>
            </w:r>
            <w:r>
              <w:t>c, vi ph</w:t>
            </w:r>
            <w:r>
              <w:t>ạ</w:t>
            </w:r>
            <w:r>
              <w:t>m đ</w:t>
            </w:r>
            <w:r>
              <w:t>ể</w:t>
            </w:r>
            <w:r>
              <w:t xml:space="preserve"> hư</w:t>
            </w:r>
            <w:r>
              <w:t>ớ</w:t>
            </w:r>
            <w:r>
              <w:t>ng d</w:t>
            </w:r>
            <w:r>
              <w:t>ẫ</w:t>
            </w:r>
            <w:r>
              <w:t>n ho</w:t>
            </w:r>
            <w:r>
              <w:t>ặ</w:t>
            </w:r>
            <w:r>
              <w:t>c ki</w:t>
            </w:r>
            <w:r>
              <w:t>ế</w:t>
            </w:r>
            <w:r>
              <w:t>n ngh</w:t>
            </w:r>
            <w:r>
              <w:t>ị</w:t>
            </w:r>
            <w:r>
              <w:t xml:space="preserve"> x</w:t>
            </w:r>
            <w:r>
              <w:t>ử</w:t>
            </w:r>
            <w:r>
              <w:t xml:space="preserve"> lý</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Báo cáo theo dõi; ki</w:t>
            </w:r>
            <w:r>
              <w:t>ế</w:t>
            </w:r>
            <w:r>
              <w:t>n ngh</w:t>
            </w:r>
            <w:r>
              <w:t>ị</w:t>
            </w:r>
            <w:r>
              <w:t xml:space="preserve"> x</w:t>
            </w:r>
            <w:r>
              <w:t>ử</w:t>
            </w:r>
            <w:r>
              <w:t xml:space="preserve"> lý</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4.3</w:t>
            </w:r>
          </w:p>
        </w:tc>
        <w:tc>
          <w:tcPr>
            <w:tcW w:w="4814" w:type="dxa"/>
            <w:vAlign w:val="center"/>
          </w:tcPr>
          <w:p w:rsidR="00DF7BDC" w:rsidRDefault="00D30E93">
            <w:pPr>
              <w:jc w:val="both"/>
            </w:pPr>
            <w:r>
              <w:rPr>
                <w:rFonts w:eastAsia="Times New Roman"/>
                <w:szCs w:val="24"/>
                <w:lang w:val="vi-VN"/>
              </w:rPr>
              <w:t xml:space="preserve">Ban hành Kế hoạch theo dõi việc thi hành văn bản </w:t>
            </w:r>
            <w:r>
              <w:rPr>
                <w:rFonts w:eastAsia="Times New Roman"/>
                <w:szCs w:val="24"/>
              </w:rPr>
              <w:t>QPPL</w:t>
            </w:r>
            <w:r>
              <w:rPr>
                <w:rFonts w:eastAsia="Times New Roman"/>
                <w:szCs w:val="24"/>
                <w:lang w:val="vi-VN"/>
              </w:rPr>
              <w:t xml:space="preserve"> xác định rõ lĩnh vực trọng tâm, chuyên đề như: đầu tư, đất đai, tài nguyên, xây dựng, tài chính - ngân sách, khoa học - công nghệ, chuyển đổi số, hỗ trợ doanh nghiệp, hợp tác xã, chính quyền địa phương </w:t>
            </w:r>
            <w:r>
              <w:rPr>
                <w:rFonts w:eastAsia="Times New Roman"/>
                <w:szCs w:val="24"/>
                <w:lang w:val="vi-VN"/>
              </w:rPr>
              <w:t>hai cấp…</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Quý IV năm trư</w:t>
            </w:r>
            <w:r>
              <w:t>ớ</w:t>
            </w:r>
            <w:r>
              <w:t>c/Quý I h</w:t>
            </w:r>
            <w:r>
              <w:t>ằ</w:t>
            </w:r>
            <w:r>
              <w:t>ng năm</w:t>
            </w:r>
          </w:p>
        </w:tc>
        <w:tc>
          <w:tcPr>
            <w:tcW w:w="2799" w:type="dxa"/>
            <w:vAlign w:val="center"/>
          </w:tcPr>
          <w:p w:rsidR="00DF7BDC" w:rsidRDefault="00D30E93">
            <w:pPr>
              <w:jc w:val="both"/>
            </w:pPr>
            <w:r>
              <w:t>K</w:t>
            </w:r>
            <w:r>
              <w:t>ế</w:t>
            </w:r>
            <w:r>
              <w:t xml:space="preserve"> ho</w:t>
            </w:r>
            <w:r>
              <w:t>ạ</w:t>
            </w:r>
            <w:r>
              <w:t>ch theo dõi thi hành pháp lu</w:t>
            </w:r>
            <w:r>
              <w:t>ậ</w:t>
            </w:r>
            <w:r>
              <w:t>t; báo cáo k</w:t>
            </w:r>
            <w:r>
              <w:t>ế</w:t>
            </w:r>
            <w:r>
              <w:t>t qu</w:t>
            </w:r>
            <w:r>
              <w:t>ả</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4.4</w:t>
            </w:r>
          </w:p>
        </w:tc>
        <w:tc>
          <w:tcPr>
            <w:tcW w:w="4814" w:type="dxa"/>
            <w:vAlign w:val="center"/>
          </w:tcPr>
          <w:p w:rsidR="00DF7BDC" w:rsidRDefault="00D30E93">
            <w:pPr>
              <w:jc w:val="both"/>
            </w:pPr>
            <w:r>
              <w:rPr>
                <w:rFonts w:eastAsia="Times New Roman"/>
                <w:szCs w:val="24"/>
                <w:lang w:val="vi-VN"/>
              </w:rPr>
              <w:t>Phân tích, đánh giá nguyên nhân của các khó khăn, vướng mắc trong quá trình thi hành pháp luật</w:t>
            </w:r>
            <w:r>
              <w:rPr>
                <w:rFonts w:eastAsia="Times New Roman"/>
                <w:szCs w:val="24"/>
              </w:rPr>
              <w:t xml:space="preserve"> trong từ</w:t>
            </w:r>
            <w:r>
              <w:rPr>
                <w:rFonts w:eastAsia="Times New Roman"/>
                <w:szCs w:val="24"/>
              </w:rPr>
              <w:t>ng lĩnh vực, địa phương</w:t>
            </w:r>
            <w:r>
              <w:rPr>
                <w:rFonts w:eastAsia="Times New Roman"/>
                <w:szCs w:val="24"/>
                <w:lang w:val="vi-VN"/>
              </w:rPr>
              <w:t>; xác định rõ nguyên nhân từ quy định pháp luật, từ tổ chức thực hiện hoặc từ điều kiện thực tiễn</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 xã</w:t>
            </w:r>
          </w:p>
        </w:tc>
        <w:tc>
          <w:tcPr>
            <w:tcW w:w="1843" w:type="dxa"/>
            <w:vAlign w:val="center"/>
          </w:tcPr>
          <w:p w:rsidR="00DF7BDC" w:rsidRDefault="00D30E93">
            <w:pPr>
              <w:jc w:val="both"/>
            </w:pPr>
            <w:r>
              <w:rPr>
                <w:szCs w:val="24"/>
                <w:lang w:val="vi-VN"/>
              </w:rPr>
              <w:t>Sau khi kh</w:t>
            </w:r>
            <w:r>
              <w:rPr>
                <w:szCs w:val="24"/>
                <w:lang w:val="vi-VN"/>
              </w:rPr>
              <w:t>ả</w:t>
            </w:r>
            <w:r>
              <w:rPr>
                <w:szCs w:val="24"/>
                <w:lang w:val="vi-VN"/>
              </w:rPr>
              <w:t>o sát, ki</w:t>
            </w:r>
            <w:r>
              <w:rPr>
                <w:szCs w:val="24"/>
                <w:lang w:val="vi-VN"/>
              </w:rPr>
              <w:t>ể</w:t>
            </w:r>
            <w:r>
              <w:rPr>
                <w:szCs w:val="24"/>
                <w:lang w:val="vi-VN"/>
              </w:rPr>
              <w:t>m tra</w:t>
            </w:r>
            <w:r>
              <w:rPr>
                <w:szCs w:val="24"/>
              </w:rPr>
              <w:t xml:space="preserve"> c</w:t>
            </w:r>
            <w:r>
              <w:rPr>
                <w:szCs w:val="24"/>
              </w:rPr>
              <w:t>ủ</w:t>
            </w:r>
            <w:r>
              <w:rPr>
                <w:szCs w:val="24"/>
              </w:rPr>
              <w:t>a c</w:t>
            </w:r>
            <w:r>
              <w:rPr>
                <w:szCs w:val="24"/>
              </w:rPr>
              <w:t>ấ</w:t>
            </w:r>
            <w:r>
              <w:rPr>
                <w:szCs w:val="24"/>
              </w:rPr>
              <w:t>p trên</w:t>
            </w:r>
          </w:p>
        </w:tc>
        <w:tc>
          <w:tcPr>
            <w:tcW w:w="2799" w:type="dxa"/>
            <w:vAlign w:val="center"/>
          </w:tcPr>
          <w:p w:rsidR="00DF7BDC" w:rsidRDefault="00D30E93">
            <w:pPr>
              <w:jc w:val="both"/>
            </w:pPr>
            <w:r>
              <w:rPr>
                <w:szCs w:val="24"/>
                <w:lang w:val="vi-VN"/>
              </w:rPr>
              <w:t>Báo cáo phân tích, đánh giá chuyên sâu v</w:t>
            </w:r>
            <w:r>
              <w:rPr>
                <w:szCs w:val="24"/>
                <w:lang w:val="vi-VN"/>
              </w:rPr>
              <w:t>ề</w:t>
            </w:r>
            <w:r>
              <w:rPr>
                <w:szCs w:val="24"/>
                <w:lang w:val="vi-VN"/>
              </w:rPr>
              <w:t xml:space="preserve"> </w:t>
            </w:r>
            <w:r>
              <w:rPr>
                <w:szCs w:val="24"/>
                <w:lang w:val="vi-VN"/>
              </w:rPr>
              <w:t>tình hình thi hành pháp lu</w:t>
            </w:r>
            <w:r>
              <w:rPr>
                <w:szCs w:val="24"/>
                <w:lang w:val="vi-VN"/>
              </w:rPr>
              <w:t>ậ</w:t>
            </w:r>
            <w:r>
              <w:rPr>
                <w:szCs w:val="24"/>
                <w:lang w:val="vi-VN"/>
              </w:rPr>
              <w:t>t theo chuyên đ</w:t>
            </w:r>
            <w:r>
              <w:rPr>
                <w:szCs w:val="24"/>
                <w:lang w:val="vi-VN"/>
              </w:rPr>
              <w:t>ề</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4.5</w:t>
            </w:r>
          </w:p>
        </w:tc>
        <w:tc>
          <w:tcPr>
            <w:tcW w:w="4814" w:type="dxa"/>
            <w:vAlign w:val="center"/>
          </w:tcPr>
          <w:p w:rsidR="00DF7BDC" w:rsidRDefault="00D30E93">
            <w:pPr>
              <w:jc w:val="both"/>
            </w:pPr>
            <w:r>
              <w:t>Đ</w:t>
            </w:r>
            <w:r>
              <w:t>ổ</w:t>
            </w:r>
            <w:r>
              <w:t>i m</w:t>
            </w:r>
            <w:r>
              <w:t>ớ</w:t>
            </w:r>
            <w:r>
              <w:t>i công tác PBGDPL, truy</w:t>
            </w:r>
            <w:r>
              <w:t>ề</w:t>
            </w:r>
            <w:r>
              <w:t>n thông chính sách theo nhu c</w:t>
            </w:r>
            <w:r>
              <w:t>ầ</w:t>
            </w:r>
            <w:r>
              <w:t>u c</w:t>
            </w:r>
            <w:r>
              <w:t>ủ</w:t>
            </w:r>
            <w:r>
              <w:t>a ngư</w:t>
            </w:r>
            <w:r>
              <w:t>ờ</w:t>
            </w:r>
            <w:r>
              <w:t>i dân; phát huy vai trò H</w:t>
            </w:r>
            <w:r>
              <w:t>ộ</w:t>
            </w:r>
            <w:r>
              <w:t>i đ</w:t>
            </w:r>
            <w:r>
              <w:t>ồ</w:t>
            </w:r>
            <w:r>
              <w:t>ng ph</w:t>
            </w:r>
            <w:r>
              <w:t>ố</w:t>
            </w:r>
            <w:r>
              <w:t>i h</w:t>
            </w:r>
            <w:r>
              <w:t>ợ</w:t>
            </w:r>
            <w:r>
              <w:t>p PBGDPL, tuyên truy</w:t>
            </w:r>
            <w:r>
              <w:t>ề</w:t>
            </w:r>
            <w:r>
              <w:t>n viên, hòa gi</w:t>
            </w:r>
            <w:r>
              <w:t>ả</w:t>
            </w:r>
            <w:r>
              <w:t xml:space="preserve">i viên </w:t>
            </w:r>
            <w:r>
              <w:t>ở</w:t>
            </w:r>
            <w:r>
              <w:t xml:space="preserve"> cơ s</w:t>
            </w:r>
            <w:r>
              <w:t>ở</w:t>
            </w:r>
          </w:p>
        </w:tc>
        <w:tc>
          <w:tcPr>
            <w:tcW w:w="1984" w:type="dxa"/>
            <w:vAlign w:val="center"/>
          </w:tcPr>
          <w:p w:rsidR="00DF7BDC" w:rsidRDefault="00D30E93">
            <w:pPr>
              <w:jc w:val="both"/>
            </w:pPr>
            <w:r>
              <w:t>H</w:t>
            </w:r>
            <w:r>
              <w:t>ộ</w:t>
            </w:r>
            <w:r>
              <w:t>i đ</w:t>
            </w:r>
            <w:r>
              <w:t>ồ</w:t>
            </w:r>
            <w:r>
              <w:t>ng ph</w:t>
            </w:r>
            <w:r>
              <w:t>ố</w:t>
            </w:r>
            <w:r>
              <w:t>i h</w:t>
            </w:r>
            <w:r>
              <w:t>ợ</w:t>
            </w:r>
            <w:r>
              <w:t>p PBGDPL xã</w:t>
            </w:r>
          </w:p>
        </w:tc>
        <w:tc>
          <w:tcPr>
            <w:tcW w:w="1985" w:type="dxa"/>
            <w:vAlign w:val="center"/>
          </w:tcPr>
          <w:p w:rsidR="00DF7BDC" w:rsidRDefault="00D30E93">
            <w:pPr>
              <w:jc w:val="both"/>
            </w:pPr>
            <w:r>
              <w:t>MTTQ, các đoàn th</w:t>
            </w:r>
            <w:r>
              <w:t>ể</w:t>
            </w:r>
            <w:r>
              <w:t>; thôn; tuyên truy</w:t>
            </w:r>
            <w:r>
              <w:t>ề</w:t>
            </w:r>
            <w:r>
              <w:t>n viên, hòa gi</w:t>
            </w:r>
            <w:r>
              <w:t>ả</w:t>
            </w:r>
            <w:r>
              <w:t>i viên</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K</w:t>
            </w:r>
            <w:r>
              <w:t>ế</w:t>
            </w:r>
            <w:r>
              <w:t xml:space="preserve"> ho</w:t>
            </w:r>
            <w:r>
              <w:t>ạ</w:t>
            </w:r>
            <w:r>
              <w:t>ch PBGDPL; h</w:t>
            </w:r>
            <w:r>
              <w:t>ộ</w:t>
            </w:r>
            <w:r>
              <w:t>i ngh</w:t>
            </w:r>
            <w:r>
              <w:t>ị</w:t>
            </w:r>
            <w:r>
              <w:t>; mô hình, tài li</w:t>
            </w:r>
            <w:r>
              <w:t>ệ</w:t>
            </w:r>
            <w:r>
              <w:t>u tuyên truy</w:t>
            </w:r>
            <w:r>
              <w:t>ề</w:t>
            </w:r>
            <w:r>
              <w:t>n</w:t>
            </w:r>
          </w:p>
        </w:tc>
        <w:tc>
          <w:tcPr>
            <w:tcW w:w="603" w:type="dxa"/>
            <w:vAlign w:val="center"/>
          </w:tcPr>
          <w:p w:rsidR="00DF7BDC" w:rsidRDefault="00DF7BDC">
            <w:pPr>
              <w:jc w:val="both"/>
            </w:pPr>
          </w:p>
        </w:tc>
      </w:tr>
      <w:tr w:rsidR="00DF7BDC">
        <w:trPr>
          <w:trHeight w:val="445"/>
          <w:jc w:val="center"/>
        </w:trPr>
        <w:tc>
          <w:tcPr>
            <w:tcW w:w="568" w:type="dxa"/>
            <w:vAlign w:val="center"/>
          </w:tcPr>
          <w:p w:rsidR="00DF7BDC" w:rsidRDefault="00D30E93">
            <w:pPr>
              <w:jc w:val="center"/>
            </w:pPr>
            <w:r>
              <w:t>4.6</w:t>
            </w:r>
          </w:p>
        </w:tc>
        <w:tc>
          <w:tcPr>
            <w:tcW w:w="4814" w:type="dxa"/>
            <w:vAlign w:val="center"/>
          </w:tcPr>
          <w:p w:rsidR="00DF7BDC" w:rsidRDefault="00D30E93">
            <w:pPr>
              <w:jc w:val="both"/>
            </w:pPr>
            <w:r>
              <w:t>Tăng cư</w:t>
            </w:r>
            <w:r>
              <w:t>ờ</w:t>
            </w:r>
            <w:r>
              <w:t>ng PBGDPL trên môi trư</w:t>
            </w:r>
            <w:r>
              <w:t>ờ</w:t>
            </w:r>
            <w:r>
              <w:t>ng s</w:t>
            </w:r>
            <w:r>
              <w:t>ố</w:t>
            </w:r>
            <w:r>
              <w:t>; s</w:t>
            </w:r>
            <w:r>
              <w:t>ử</w:t>
            </w:r>
            <w:r>
              <w:t xml:space="preserve"> d</w:t>
            </w:r>
            <w:r>
              <w:t>ụ</w:t>
            </w:r>
            <w:r>
              <w:t>ng trang thông tin, m</w:t>
            </w:r>
            <w:r>
              <w:t>ạ</w:t>
            </w:r>
            <w:r>
              <w:t>ng xã h</w:t>
            </w:r>
            <w:r>
              <w:t>ộ</w:t>
            </w:r>
            <w:r>
              <w:t>i, nhóm c</w:t>
            </w:r>
            <w:r>
              <w:t>ộ</w:t>
            </w:r>
            <w:r>
              <w:t>ng đ</w:t>
            </w:r>
            <w:r>
              <w:t>ồ</w:t>
            </w:r>
            <w:r>
              <w:t>ng, h</w:t>
            </w:r>
            <w:r>
              <w:t>ệ</w:t>
            </w:r>
            <w:r>
              <w:t xml:space="preserve"> th</w:t>
            </w:r>
            <w:r>
              <w:t>ố</w:t>
            </w:r>
            <w:r>
              <w:t>ng truy</w:t>
            </w:r>
            <w:r>
              <w:t>ề</w:t>
            </w:r>
            <w:r>
              <w:t>n thanh và các hình th</w:t>
            </w:r>
            <w:r>
              <w:t>ứ</w:t>
            </w:r>
            <w:r>
              <w:t>c phù h</w:t>
            </w:r>
            <w:r>
              <w:t>ợ</w:t>
            </w:r>
            <w:r>
              <w:t>p</w:t>
            </w:r>
          </w:p>
        </w:tc>
        <w:tc>
          <w:tcPr>
            <w:tcW w:w="1984" w:type="dxa"/>
            <w:vAlign w:val="center"/>
          </w:tcPr>
          <w:p w:rsidR="00DF7BDC" w:rsidRDefault="00D30E93">
            <w:pPr>
              <w:jc w:val="both"/>
            </w:pPr>
            <w:r>
              <w:t>Các phòng, ban, ngành c</w:t>
            </w:r>
            <w:r>
              <w:t>ấ</w:t>
            </w:r>
            <w:r>
              <w:t>p xã; MTTQ, các đoàn th</w:t>
            </w:r>
            <w:r>
              <w:t>ể</w:t>
            </w:r>
          </w:p>
        </w:tc>
        <w:tc>
          <w:tcPr>
            <w:tcW w:w="1985" w:type="dxa"/>
            <w:vAlign w:val="center"/>
          </w:tcPr>
          <w:p w:rsidR="00DF7BDC" w:rsidRDefault="00D30E93">
            <w:pPr>
              <w:jc w:val="both"/>
            </w:pPr>
            <w:r>
              <w:t>H</w:t>
            </w:r>
            <w:r>
              <w:t>ộ</w:t>
            </w:r>
            <w:r>
              <w:t>i đ</w:t>
            </w:r>
            <w:r>
              <w:t>ồ</w:t>
            </w:r>
            <w:r>
              <w:t>ng ph</w:t>
            </w:r>
            <w:r>
              <w:t>ố</w:t>
            </w:r>
            <w:r>
              <w:t>i h</w:t>
            </w:r>
            <w:r>
              <w:t>ợ</w:t>
            </w:r>
            <w:r>
              <w:t>p PBGDPL xã  (Văn phòng HĐND-UBND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Tin, bài, infographic/video/tài li</w:t>
            </w:r>
            <w:r>
              <w:t>ệ</w:t>
            </w:r>
            <w:r>
              <w:t>u đi</w:t>
            </w:r>
            <w:r>
              <w:t>ệ</w:t>
            </w:r>
            <w:r>
              <w:t>n t</w:t>
            </w:r>
            <w:r>
              <w:t>ử</w:t>
            </w:r>
            <w:r>
              <w:t>; ho</w:t>
            </w:r>
            <w:r>
              <w:t>ạ</w:t>
            </w:r>
            <w:r>
              <w:t>t đ</w:t>
            </w:r>
            <w:r>
              <w:t>ộ</w:t>
            </w:r>
            <w:r>
              <w:t>ng tr</w:t>
            </w:r>
            <w:r>
              <w:t>ự</w:t>
            </w:r>
            <w:r>
              <w:t>c tuy</w:t>
            </w:r>
            <w:r>
              <w:t>ế</w:t>
            </w:r>
            <w:r>
              <w:t>n</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4.7</w:t>
            </w:r>
          </w:p>
        </w:tc>
        <w:tc>
          <w:tcPr>
            <w:tcW w:w="4814" w:type="dxa"/>
            <w:vAlign w:val="center"/>
          </w:tcPr>
          <w:p w:rsidR="00DF7BDC" w:rsidRDefault="00D30E93">
            <w:pPr>
              <w:jc w:val="both"/>
            </w:pPr>
            <w:r>
              <w:t>Rà soát, xây d</w:t>
            </w:r>
            <w:r>
              <w:t>ự</w:t>
            </w:r>
            <w:r>
              <w:t>ng và nhân r</w:t>
            </w:r>
            <w:r>
              <w:t>ộ</w:t>
            </w:r>
            <w:r>
              <w:t>ng mô hình PBGDPL, hòa gi</w:t>
            </w:r>
            <w:r>
              <w:t>ả</w:t>
            </w:r>
            <w:r>
              <w:t xml:space="preserve">i </w:t>
            </w:r>
            <w:r>
              <w:t>ở</w:t>
            </w:r>
            <w:r>
              <w:t xml:space="preserve"> cơ s</w:t>
            </w:r>
            <w:r>
              <w:t>ở</w:t>
            </w:r>
            <w:r>
              <w:t xml:space="preserve"> </w:t>
            </w:r>
            <w:r>
              <w:t>hi</w:t>
            </w:r>
            <w:r>
              <w:t>ệ</w:t>
            </w:r>
            <w:r>
              <w:t>u qu</w:t>
            </w:r>
            <w:r>
              <w:t>ả</w:t>
            </w:r>
            <w:r>
              <w:t>, phù h</w:t>
            </w:r>
            <w:r>
              <w:t>ợ</w:t>
            </w:r>
            <w:r>
              <w:t>p đ</w:t>
            </w:r>
            <w:r>
              <w:t>ị</w:t>
            </w:r>
            <w:r>
              <w:t>a bàn</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 ban, ngành c</w:t>
            </w:r>
            <w:r>
              <w:t>ấ</w:t>
            </w:r>
            <w:r>
              <w:t>p xã; MTTQ, các đoàn th</w:t>
            </w:r>
            <w:r>
              <w:t>ể</w:t>
            </w:r>
          </w:p>
        </w:tc>
        <w:tc>
          <w:tcPr>
            <w:tcW w:w="1843" w:type="dxa"/>
            <w:vAlign w:val="center"/>
          </w:tcPr>
          <w:p w:rsidR="00DF7BDC" w:rsidRDefault="00D30E93">
            <w:pPr>
              <w:jc w:val="both"/>
            </w:pPr>
            <w:r>
              <w:t>H</w:t>
            </w:r>
            <w:r>
              <w:t>ằ</w:t>
            </w:r>
            <w:r>
              <w:t>ng năm</w:t>
            </w:r>
          </w:p>
        </w:tc>
        <w:tc>
          <w:tcPr>
            <w:tcW w:w="2799" w:type="dxa"/>
            <w:vAlign w:val="center"/>
          </w:tcPr>
          <w:p w:rsidR="00DF7BDC" w:rsidRDefault="00D30E93">
            <w:pPr>
              <w:jc w:val="both"/>
            </w:pPr>
            <w:r>
              <w:t>Mô hình, báo cáo k</w:t>
            </w:r>
            <w:r>
              <w:t>ế</w:t>
            </w:r>
            <w:r>
              <w:t>t qu</w:t>
            </w:r>
            <w:r>
              <w:t>ả</w:t>
            </w:r>
            <w:r>
              <w:t xml:space="preserve"> và phương án nhân r</w:t>
            </w:r>
            <w:r>
              <w:t>ộ</w:t>
            </w:r>
            <w:r>
              <w:t>ng</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5</w:t>
            </w:r>
          </w:p>
        </w:tc>
        <w:tc>
          <w:tcPr>
            <w:tcW w:w="14028" w:type="dxa"/>
            <w:gridSpan w:val="6"/>
            <w:vAlign w:val="center"/>
          </w:tcPr>
          <w:p w:rsidR="00DF7BDC" w:rsidRDefault="00D30E93">
            <w:pPr>
              <w:jc w:val="both"/>
              <w:rPr>
                <w:b/>
                <w:bCs/>
              </w:rPr>
            </w:pPr>
            <w:r>
              <w:rPr>
                <w:b/>
                <w:bCs/>
              </w:rPr>
              <w:t>Xây d</w:t>
            </w:r>
            <w:r>
              <w:rPr>
                <w:b/>
                <w:bCs/>
              </w:rPr>
              <w:t>ự</w:t>
            </w:r>
            <w:r>
              <w:rPr>
                <w:b/>
                <w:bCs/>
              </w:rPr>
              <w:t>ng cơ ch</w:t>
            </w:r>
            <w:r>
              <w:rPr>
                <w:b/>
                <w:bCs/>
              </w:rPr>
              <w:t>ế</w:t>
            </w:r>
            <w:r>
              <w:rPr>
                <w:b/>
                <w:bCs/>
              </w:rPr>
              <w:t xml:space="preserve"> ph</w:t>
            </w:r>
            <w:r>
              <w:rPr>
                <w:b/>
                <w:bCs/>
              </w:rPr>
              <w:t>ả</w:t>
            </w:r>
            <w:r>
              <w:rPr>
                <w:b/>
                <w:bCs/>
              </w:rPr>
              <w:t>n h</w:t>
            </w:r>
            <w:r>
              <w:rPr>
                <w:b/>
                <w:bCs/>
              </w:rPr>
              <w:t>ồ</w:t>
            </w:r>
            <w:r>
              <w:rPr>
                <w:b/>
                <w:bCs/>
              </w:rPr>
              <w:t>i chính sách và s</w:t>
            </w:r>
            <w:r>
              <w:rPr>
                <w:b/>
                <w:bCs/>
              </w:rPr>
              <w:t>ử</w:t>
            </w:r>
            <w:r>
              <w:rPr>
                <w:b/>
                <w:bCs/>
              </w:rPr>
              <w:t xml:space="preserve"> d</w:t>
            </w:r>
            <w:r>
              <w:rPr>
                <w:b/>
                <w:bCs/>
              </w:rPr>
              <w:t>ụ</w:t>
            </w:r>
            <w:r>
              <w:rPr>
                <w:b/>
                <w:bCs/>
              </w:rPr>
              <w:t>ng thông tin th</w:t>
            </w:r>
            <w:r>
              <w:rPr>
                <w:b/>
                <w:bCs/>
              </w:rPr>
              <w:t>ự</w:t>
            </w:r>
            <w:r>
              <w:rPr>
                <w:b/>
                <w:bCs/>
              </w:rPr>
              <w:t>c ti</w:t>
            </w:r>
            <w:r>
              <w:rPr>
                <w:b/>
                <w:bCs/>
              </w:rPr>
              <w:t>ễ</w:t>
            </w:r>
            <w:r>
              <w:rPr>
                <w:b/>
                <w:bCs/>
              </w:rPr>
              <w:t>n đ</w:t>
            </w:r>
            <w:r>
              <w:rPr>
                <w:b/>
                <w:bCs/>
              </w:rPr>
              <w:t>ể</w:t>
            </w:r>
            <w:r>
              <w:rPr>
                <w:b/>
                <w:bCs/>
              </w:rPr>
              <w:t xml:space="preserve"> hoàn thi</w:t>
            </w:r>
            <w:r>
              <w:rPr>
                <w:b/>
                <w:bCs/>
              </w:rPr>
              <w:t>ệ</w:t>
            </w:r>
            <w:r>
              <w:rPr>
                <w:b/>
                <w:bCs/>
              </w:rPr>
              <w:t>n pháp lu</w:t>
            </w:r>
            <w:r>
              <w:rPr>
                <w:b/>
                <w:bCs/>
              </w:rPr>
              <w:t>ậ</w:t>
            </w:r>
            <w:r>
              <w:rPr>
                <w:b/>
                <w:bCs/>
              </w:rPr>
              <w:t>t</w:t>
            </w:r>
          </w:p>
        </w:tc>
      </w:tr>
      <w:tr w:rsidR="00DF7BDC">
        <w:trPr>
          <w:jc w:val="center"/>
        </w:trPr>
        <w:tc>
          <w:tcPr>
            <w:tcW w:w="568" w:type="dxa"/>
            <w:vAlign w:val="center"/>
          </w:tcPr>
          <w:p w:rsidR="00DF7BDC" w:rsidRDefault="00D30E93">
            <w:pPr>
              <w:jc w:val="center"/>
            </w:pPr>
            <w:r>
              <w:t>5.1</w:t>
            </w:r>
          </w:p>
        </w:tc>
        <w:tc>
          <w:tcPr>
            <w:tcW w:w="4814" w:type="dxa"/>
            <w:vAlign w:val="center"/>
          </w:tcPr>
          <w:p w:rsidR="00DF7BDC" w:rsidRDefault="00D30E93">
            <w:pPr>
              <w:jc w:val="both"/>
            </w:pPr>
            <w:r>
              <w:t>Ti</w:t>
            </w:r>
            <w:r>
              <w:t>ế</w:t>
            </w:r>
            <w:r>
              <w:t>p nh</w:t>
            </w:r>
            <w:r>
              <w:t>ậ</w:t>
            </w:r>
            <w:r>
              <w:t>n, phân lo</w:t>
            </w:r>
            <w:r>
              <w:t>ạ</w:t>
            </w:r>
            <w:r>
              <w:t>i, x</w:t>
            </w:r>
            <w:r>
              <w:t>ử</w:t>
            </w:r>
            <w:r>
              <w:t xml:space="preserve"> lý và theo dõi ph</w:t>
            </w:r>
            <w:r>
              <w:t>ả</w:t>
            </w:r>
            <w:r>
              <w:t>n ánh, ki</w:t>
            </w:r>
            <w:r>
              <w:t>ế</w:t>
            </w:r>
            <w:r>
              <w:t>n ngh</w:t>
            </w:r>
            <w:r>
              <w:t>ị</w:t>
            </w:r>
            <w:r>
              <w:t xml:space="preserve"> v</w:t>
            </w:r>
            <w:r>
              <w:t>ề</w:t>
            </w:r>
            <w:r>
              <w:t xml:space="preserve"> pháp lu</w:t>
            </w:r>
            <w:r>
              <w:t>ậ</w:t>
            </w:r>
            <w:r>
              <w:t>t c</w:t>
            </w:r>
            <w:r>
              <w:t>ủ</w:t>
            </w:r>
            <w:r>
              <w:t>a ngư</w:t>
            </w:r>
            <w:r>
              <w:t>ờ</w:t>
            </w:r>
            <w:r>
              <w:t>i dân, doanh nghi</w:t>
            </w:r>
            <w:r>
              <w:t>ệ</w:t>
            </w:r>
            <w:r>
              <w:t>p; b</w:t>
            </w:r>
            <w:r>
              <w:t>ả</w:t>
            </w:r>
            <w:r>
              <w:t>o đ</w:t>
            </w:r>
            <w:r>
              <w:t>ả</w:t>
            </w:r>
            <w:r>
              <w:t>m m</w:t>
            </w:r>
            <w:r>
              <w:t>ọ</w:t>
            </w:r>
            <w:r>
              <w:t>i ph</w:t>
            </w:r>
            <w:r>
              <w:t>ả</w:t>
            </w:r>
            <w:r>
              <w:t>n ánh, ki</w:t>
            </w:r>
            <w:r>
              <w:t>ế</w:t>
            </w:r>
            <w:r>
              <w:t>n ngh</w:t>
            </w:r>
            <w:r>
              <w:t>ị</w:t>
            </w:r>
            <w:r>
              <w:t xml:space="preserve"> đư</w:t>
            </w:r>
            <w:r>
              <w:t>ợ</w:t>
            </w:r>
            <w:r>
              <w:t>c ti</w:t>
            </w:r>
            <w:r>
              <w:t>ế</w:t>
            </w:r>
            <w:r>
              <w:t>p nh</w:t>
            </w:r>
            <w:r>
              <w:t>ậ</w:t>
            </w:r>
            <w:r>
              <w:t>n và x</w:t>
            </w:r>
            <w:r>
              <w:t>ử</w:t>
            </w:r>
            <w:r>
              <w:t xml:space="preserve"> lý theo th</w:t>
            </w:r>
            <w:r>
              <w:t>ẩ</w:t>
            </w:r>
            <w:r>
              <w:t>m quy</w:t>
            </w:r>
            <w:r>
              <w:t>ề</w:t>
            </w:r>
            <w:r>
              <w:t>n</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S</w:t>
            </w:r>
            <w:r>
              <w:t>ổ</w:t>
            </w:r>
            <w:r>
              <w:t>/h</w:t>
            </w:r>
            <w:r>
              <w:t>ệ</w:t>
            </w:r>
            <w:r>
              <w:t xml:space="preserve"> th</w:t>
            </w:r>
            <w:r>
              <w:t>ố</w:t>
            </w:r>
            <w:r>
              <w:t>ng theo dõi</w:t>
            </w:r>
            <w:r>
              <w:t>; văn b</w:t>
            </w:r>
            <w:r>
              <w:t>ả</w:t>
            </w:r>
            <w:r>
              <w:t>n x</w:t>
            </w:r>
            <w:r>
              <w:t>ử</w:t>
            </w:r>
            <w:r>
              <w:t xml:space="preserve"> lý, tr</w:t>
            </w:r>
            <w:r>
              <w:t>ả</w:t>
            </w:r>
            <w:r>
              <w:t xml:space="preserve"> l</w:t>
            </w:r>
            <w:r>
              <w:t>ờ</w:t>
            </w:r>
            <w:r>
              <w:t>i</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5.2</w:t>
            </w:r>
          </w:p>
        </w:tc>
        <w:tc>
          <w:tcPr>
            <w:tcW w:w="4814" w:type="dxa"/>
            <w:vAlign w:val="center"/>
          </w:tcPr>
          <w:p w:rsidR="00DF7BDC" w:rsidRDefault="00D30E93">
            <w:pPr>
              <w:jc w:val="both"/>
            </w:pPr>
            <w:r>
              <w:rPr>
                <w:iCs/>
                <w:szCs w:val="24"/>
                <w:lang w:val="vi-VN"/>
              </w:rPr>
              <w:t>T</w:t>
            </w:r>
            <w:r>
              <w:rPr>
                <w:iCs/>
                <w:szCs w:val="24"/>
                <w:lang w:val="vi-VN"/>
              </w:rPr>
              <w:t>ổ</w:t>
            </w:r>
            <w:r>
              <w:rPr>
                <w:iCs/>
                <w:szCs w:val="24"/>
                <w:lang w:val="vi-VN"/>
              </w:rPr>
              <w:t xml:space="preserve"> ch</w:t>
            </w:r>
            <w:r>
              <w:rPr>
                <w:iCs/>
                <w:szCs w:val="24"/>
                <w:lang w:val="vi-VN"/>
              </w:rPr>
              <w:t>ứ</w:t>
            </w:r>
            <w:r>
              <w:rPr>
                <w:iCs/>
                <w:szCs w:val="24"/>
                <w:lang w:val="vi-VN"/>
              </w:rPr>
              <w:t>c các h</w:t>
            </w:r>
            <w:r>
              <w:rPr>
                <w:iCs/>
                <w:szCs w:val="24"/>
                <w:lang w:val="vi-VN"/>
              </w:rPr>
              <w:t>ộ</w:t>
            </w:r>
            <w:r>
              <w:rPr>
                <w:iCs/>
                <w:szCs w:val="24"/>
                <w:lang w:val="vi-VN"/>
              </w:rPr>
              <w:t>i ngh</w:t>
            </w:r>
            <w:r>
              <w:rPr>
                <w:iCs/>
                <w:szCs w:val="24"/>
                <w:lang w:val="vi-VN"/>
              </w:rPr>
              <w:t>ị</w:t>
            </w:r>
            <w:r>
              <w:rPr>
                <w:iCs/>
                <w:szCs w:val="24"/>
                <w:lang w:val="vi-VN"/>
              </w:rPr>
              <w:t xml:space="preserve"> đ</w:t>
            </w:r>
            <w:r>
              <w:rPr>
                <w:iCs/>
                <w:szCs w:val="24"/>
                <w:lang w:val="vi-VN"/>
              </w:rPr>
              <w:t>ố</w:t>
            </w:r>
            <w:r>
              <w:rPr>
                <w:iCs/>
                <w:szCs w:val="24"/>
                <w:lang w:val="vi-VN"/>
              </w:rPr>
              <w:t>i tho</w:t>
            </w:r>
            <w:r>
              <w:rPr>
                <w:iCs/>
                <w:szCs w:val="24"/>
                <w:lang w:val="vi-VN"/>
              </w:rPr>
              <w:t>ạ</w:t>
            </w:r>
            <w:r>
              <w:rPr>
                <w:iCs/>
                <w:szCs w:val="24"/>
                <w:lang w:val="vi-VN"/>
              </w:rPr>
              <w:t>i chuyên đ</w:t>
            </w:r>
            <w:r>
              <w:rPr>
                <w:iCs/>
                <w:szCs w:val="24"/>
                <w:lang w:val="vi-VN"/>
              </w:rPr>
              <w:t>ề</w:t>
            </w:r>
            <w:r>
              <w:rPr>
                <w:iCs/>
                <w:szCs w:val="24"/>
                <w:lang w:val="vi-VN"/>
              </w:rPr>
              <w:t xml:space="preserve"> v</w:t>
            </w:r>
            <w:r>
              <w:rPr>
                <w:iCs/>
                <w:szCs w:val="24"/>
                <w:lang w:val="vi-VN"/>
              </w:rPr>
              <w:t>ớ</w:t>
            </w:r>
            <w:r>
              <w:rPr>
                <w:iCs/>
                <w:szCs w:val="24"/>
                <w:lang w:val="vi-VN"/>
              </w:rPr>
              <w:t>i doanh nghi</w:t>
            </w:r>
            <w:r>
              <w:rPr>
                <w:iCs/>
                <w:szCs w:val="24"/>
                <w:lang w:val="vi-VN"/>
              </w:rPr>
              <w:t>ệ</w:t>
            </w:r>
            <w:r>
              <w:rPr>
                <w:iCs/>
                <w:szCs w:val="24"/>
                <w:lang w:val="vi-VN"/>
              </w:rPr>
              <w:t>p, ngư</w:t>
            </w:r>
            <w:r>
              <w:rPr>
                <w:iCs/>
                <w:szCs w:val="24"/>
                <w:lang w:val="vi-VN"/>
              </w:rPr>
              <w:t>ờ</w:t>
            </w:r>
            <w:r>
              <w:rPr>
                <w:iCs/>
                <w:szCs w:val="24"/>
                <w:lang w:val="vi-VN"/>
              </w:rPr>
              <w:t>i dân v</w:t>
            </w:r>
            <w:r>
              <w:rPr>
                <w:iCs/>
                <w:szCs w:val="24"/>
                <w:lang w:val="vi-VN"/>
              </w:rPr>
              <w:t>ề</w:t>
            </w:r>
            <w:r>
              <w:rPr>
                <w:iCs/>
                <w:szCs w:val="24"/>
                <w:lang w:val="vi-VN"/>
              </w:rPr>
              <w:t xml:space="preserve"> nh</w:t>
            </w:r>
            <w:r>
              <w:rPr>
                <w:iCs/>
                <w:szCs w:val="24"/>
                <w:lang w:val="vi-VN"/>
              </w:rPr>
              <w:t>ữ</w:t>
            </w:r>
            <w:r>
              <w:rPr>
                <w:iCs/>
                <w:szCs w:val="24"/>
                <w:lang w:val="vi-VN"/>
              </w:rPr>
              <w:t>ng lĩnh v</w:t>
            </w:r>
            <w:r>
              <w:rPr>
                <w:iCs/>
                <w:szCs w:val="24"/>
                <w:lang w:val="vi-VN"/>
              </w:rPr>
              <w:t>ự</w:t>
            </w:r>
            <w:r>
              <w:rPr>
                <w:iCs/>
                <w:szCs w:val="24"/>
                <w:lang w:val="vi-VN"/>
              </w:rPr>
              <w:t>c phát sinh nhi</w:t>
            </w:r>
            <w:r>
              <w:rPr>
                <w:iCs/>
                <w:szCs w:val="24"/>
                <w:lang w:val="vi-VN"/>
              </w:rPr>
              <w:t>ề</w:t>
            </w:r>
            <w:r>
              <w:rPr>
                <w:iCs/>
                <w:szCs w:val="24"/>
                <w:lang w:val="vi-VN"/>
              </w:rPr>
              <w:t>u ph</w:t>
            </w:r>
            <w:r>
              <w:rPr>
                <w:iCs/>
                <w:szCs w:val="24"/>
                <w:lang w:val="vi-VN"/>
              </w:rPr>
              <w:t>ả</w:t>
            </w:r>
            <w:r>
              <w:rPr>
                <w:iCs/>
                <w:szCs w:val="24"/>
                <w:lang w:val="vi-VN"/>
              </w:rPr>
              <w:t>n ánh, ki</w:t>
            </w:r>
            <w:r>
              <w:rPr>
                <w:iCs/>
                <w:szCs w:val="24"/>
                <w:lang w:val="vi-VN"/>
              </w:rPr>
              <w:t>ế</w:t>
            </w:r>
            <w:r>
              <w:rPr>
                <w:iCs/>
                <w:szCs w:val="24"/>
                <w:lang w:val="vi-VN"/>
              </w:rPr>
              <w:t>n ngh</w:t>
            </w:r>
            <w:r>
              <w:rPr>
                <w:iCs/>
                <w:szCs w:val="24"/>
                <w:lang w:val="vi-VN"/>
              </w:rPr>
              <w:t>ị</w:t>
            </w:r>
            <w:r>
              <w:rPr>
                <w:iCs/>
                <w:szCs w:val="24"/>
                <w:lang w:val="vi-VN"/>
              </w:rPr>
              <w:t>.</w:t>
            </w:r>
            <w:r>
              <w:rPr>
                <w:szCs w:val="24"/>
                <w:lang w:val="vi-VN"/>
              </w:rPr>
              <w:t xml:space="preserve"> </w:t>
            </w:r>
            <w:r>
              <w:rPr>
                <w:iCs/>
                <w:szCs w:val="24"/>
                <w:lang w:val="vi-VN"/>
              </w:rPr>
              <w:t>T</w:t>
            </w:r>
            <w:r>
              <w:rPr>
                <w:iCs/>
                <w:szCs w:val="24"/>
                <w:lang w:val="vi-VN"/>
              </w:rPr>
              <w:t>ổ</w:t>
            </w:r>
            <w:r>
              <w:rPr>
                <w:iCs/>
                <w:szCs w:val="24"/>
                <w:lang w:val="vi-VN"/>
              </w:rPr>
              <w:t>ng h</w:t>
            </w:r>
            <w:r>
              <w:rPr>
                <w:iCs/>
                <w:szCs w:val="24"/>
                <w:lang w:val="vi-VN"/>
              </w:rPr>
              <w:t>ợ</w:t>
            </w:r>
            <w:r>
              <w:rPr>
                <w:iCs/>
                <w:szCs w:val="24"/>
                <w:lang w:val="vi-VN"/>
              </w:rPr>
              <w:t>p các ph</w:t>
            </w:r>
            <w:r>
              <w:rPr>
                <w:iCs/>
                <w:szCs w:val="24"/>
                <w:lang w:val="vi-VN"/>
              </w:rPr>
              <w:t>ả</w:t>
            </w:r>
            <w:r>
              <w:rPr>
                <w:iCs/>
                <w:szCs w:val="24"/>
                <w:lang w:val="vi-VN"/>
              </w:rPr>
              <w:t>n ánh, ki</w:t>
            </w:r>
            <w:r>
              <w:rPr>
                <w:iCs/>
                <w:szCs w:val="24"/>
                <w:lang w:val="vi-VN"/>
              </w:rPr>
              <w:t>ế</w:t>
            </w:r>
            <w:r>
              <w:rPr>
                <w:iCs/>
                <w:szCs w:val="24"/>
                <w:lang w:val="vi-VN"/>
              </w:rPr>
              <w:t>n ngh</w:t>
            </w:r>
            <w:r>
              <w:rPr>
                <w:iCs/>
                <w:szCs w:val="24"/>
                <w:lang w:val="vi-VN"/>
              </w:rPr>
              <w:t>ị</w:t>
            </w:r>
            <w:r>
              <w:rPr>
                <w:iCs/>
                <w:szCs w:val="24"/>
                <w:lang w:val="vi-VN"/>
              </w:rPr>
              <w:t xml:space="preserve"> có tính ch</w:t>
            </w:r>
            <w:r>
              <w:rPr>
                <w:iCs/>
                <w:szCs w:val="24"/>
                <w:lang w:val="vi-VN"/>
              </w:rPr>
              <w:t>ấ</w:t>
            </w:r>
            <w:r>
              <w:rPr>
                <w:iCs/>
                <w:szCs w:val="24"/>
                <w:lang w:val="vi-VN"/>
              </w:rPr>
              <w:t>t ph</w:t>
            </w:r>
            <w:r>
              <w:rPr>
                <w:iCs/>
                <w:szCs w:val="24"/>
                <w:lang w:val="vi-VN"/>
              </w:rPr>
              <w:t>ổ</w:t>
            </w:r>
            <w:r>
              <w:rPr>
                <w:iCs/>
                <w:szCs w:val="24"/>
                <w:lang w:val="vi-VN"/>
              </w:rPr>
              <w:t xml:space="preserve"> bi</w:t>
            </w:r>
            <w:r>
              <w:rPr>
                <w:iCs/>
                <w:szCs w:val="24"/>
                <w:lang w:val="vi-VN"/>
              </w:rPr>
              <w:t>ế</w:t>
            </w:r>
            <w:r>
              <w:rPr>
                <w:iCs/>
                <w:szCs w:val="24"/>
                <w:lang w:val="vi-VN"/>
              </w:rPr>
              <w:t>n, l</w:t>
            </w:r>
            <w:r>
              <w:rPr>
                <w:iCs/>
                <w:szCs w:val="24"/>
                <w:lang w:val="vi-VN"/>
              </w:rPr>
              <w:t>ặ</w:t>
            </w:r>
            <w:r>
              <w:rPr>
                <w:iCs/>
                <w:szCs w:val="24"/>
                <w:lang w:val="vi-VN"/>
              </w:rPr>
              <w:t>p l</w:t>
            </w:r>
            <w:r>
              <w:rPr>
                <w:iCs/>
                <w:szCs w:val="24"/>
                <w:lang w:val="vi-VN"/>
              </w:rPr>
              <w:t>ạ</w:t>
            </w:r>
            <w:r>
              <w:rPr>
                <w:iCs/>
                <w:szCs w:val="24"/>
                <w:lang w:val="vi-VN"/>
              </w:rPr>
              <w:t>i nhi</w:t>
            </w:r>
            <w:r>
              <w:rPr>
                <w:iCs/>
                <w:szCs w:val="24"/>
                <w:lang w:val="vi-VN"/>
              </w:rPr>
              <w:t>ề</w:t>
            </w:r>
            <w:r>
              <w:rPr>
                <w:iCs/>
                <w:szCs w:val="24"/>
                <w:lang w:val="vi-VN"/>
              </w:rPr>
              <w:t>u l</w:t>
            </w:r>
            <w:r>
              <w:rPr>
                <w:iCs/>
                <w:szCs w:val="24"/>
                <w:lang w:val="vi-VN"/>
              </w:rPr>
              <w:t>ầ</w:t>
            </w:r>
            <w:r>
              <w:rPr>
                <w:iCs/>
                <w:szCs w:val="24"/>
                <w:lang w:val="vi-VN"/>
              </w:rPr>
              <w:t>n đ</w:t>
            </w:r>
            <w:r>
              <w:rPr>
                <w:iCs/>
                <w:szCs w:val="24"/>
                <w:lang w:val="vi-VN"/>
              </w:rPr>
              <w:t>ể</w:t>
            </w:r>
            <w:r>
              <w:rPr>
                <w:iCs/>
                <w:szCs w:val="24"/>
                <w:lang w:val="vi-VN"/>
              </w:rPr>
              <w:t xml:space="preserve"> đánh giá tính phù h</w:t>
            </w:r>
            <w:r>
              <w:rPr>
                <w:iCs/>
                <w:szCs w:val="24"/>
                <w:lang w:val="vi-VN"/>
              </w:rPr>
              <w:t>ợ</w:t>
            </w:r>
            <w:r>
              <w:rPr>
                <w:iCs/>
                <w:szCs w:val="24"/>
                <w:lang w:val="vi-VN"/>
              </w:rPr>
              <w:t xml:space="preserve">p </w:t>
            </w:r>
            <w:r>
              <w:rPr>
                <w:iCs/>
                <w:szCs w:val="24"/>
                <w:lang w:val="vi-VN"/>
              </w:rPr>
              <w:t>c</w:t>
            </w:r>
            <w:r>
              <w:rPr>
                <w:iCs/>
                <w:szCs w:val="24"/>
                <w:lang w:val="vi-VN"/>
              </w:rPr>
              <w:t>ủ</w:t>
            </w:r>
            <w:r>
              <w:rPr>
                <w:iCs/>
                <w:szCs w:val="24"/>
                <w:lang w:val="vi-VN"/>
              </w:rPr>
              <w:t>a quy đ</w:t>
            </w:r>
            <w:r>
              <w:rPr>
                <w:iCs/>
                <w:szCs w:val="24"/>
                <w:lang w:val="vi-VN"/>
              </w:rPr>
              <w:t>ị</w:t>
            </w:r>
            <w:r>
              <w:rPr>
                <w:iCs/>
                <w:szCs w:val="24"/>
                <w:lang w:val="vi-VN"/>
              </w:rPr>
              <w:t>nh pháp lu</w:t>
            </w:r>
            <w:r>
              <w:rPr>
                <w:iCs/>
                <w:szCs w:val="24"/>
                <w:lang w:val="vi-VN"/>
              </w:rPr>
              <w:t>ậ</w:t>
            </w:r>
            <w:r>
              <w:rPr>
                <w:iCs/>
                <w:szCs w:val="24"/>
                <w:lang w:val="vi-VN"/>
              </w:rPr>
              <w:t>t</w:t>
            </w:r>
          </w:p>
        </w:tc>
        <w:tc>
          <w:tcPr>
            <w:tcW w:w="1984" w:type="dxa"/>
            <w:vAlign w:val="center"/>
          </w:tcPr>
          <w:p w:rsidR="00DF7BDC" w:rsidRDefault="00D30E93">
            <w:pPr>
              <w:jc w:val="both"/>
            </w:pPr>
            <w:r>
              <w:t>Văn phòng HĐND-UBND</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Thư</w:t>
            </w:r>
            <w:r>
              <w:t>ờ</w:t>
            </w:r>
            <w:r>
              <w:t>ng xuyên theo K</w:t>
            </w:r>
            <w:r>
              <w:t>ế</w:t>
            </w:r>
            <w:r>
              <w:t xml:space="preserve"> ho</w:t>
            </w:r>
            <w:r>
              <w:t>ạ</w:t>
            </w:r>
            <w:r>
              <w:t>ch</w:t>
            </w:r>
          </w:p>
        </w:tc>
        <w:tc>
          <w:tcPr>
            <w:tcW w:w="2799" w:type="dxa"/>
            <w:vAlign w:val="center"/>
          </w:tcPr>
          <w:p w:rsidR="00DF7BDC" w:rsidRDefault="00D30E93">
            <w:pPr>
              <w:jc w:val="both"/>
            </w:pPr>
            <w:r>
              <w:t>H</w:t>
            </w:r>
            <w:r>
              <w:t>ộ</w:t>
            </w:r>
            <w:r>
              <w:t>i ngh</w:t>
            </w:r>
            <w:r>
              <w:t>ị</w:t>
            </w:r>
            <w:r>
              <w:t xml:space="preserve"> đ</w:t>
            </w:r>
            <w:r>
              <w:t>ố</w:t>
            </w:r>
            <w:r>
              <w:t>i tho</w:t>
            </w:r>
            <w:r>
              <w:t>ạ</w:t>
            </w:r>
            <w:r>
              <w:t>i</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5.3</w:t>
            </w:r>
          </w:p>
        </w:tc>
        <w:tc>
          <w:tcPr>
            <w:tcW w:w="4814" w:type="dxa"/>
            <w:vAlign w:val="center"/>
          </w:tcPr>
          <w:p w:rsidR="00DF7BDC" w:rsidRDefault="00D30E93">
            <w:pPr>
              <w:jc w:val="both"/>
            </w:pPr>
            <w:r>
              <w:rPr>
                <w:rFonts w:eastAsia="Times New Roman"/>
                <w:szCs w:val="24"/>
                <w:lang w:val="vi-VN"/>
              </w:rPr>
              <w:t>Thực hiện phân loại, sàng lọc, đánh giá độ tin cậy của thông tin trước khi sử dụng.</w:t>
            </w:r>
            <w:r>
              <w:rPr>
                <w:szCs w:val="24"/>
                <w:lang w:val="vi-VN"/>
              </w:rPr>
              <w:t xml:space="preserve"> </w:t>
            </w:r>
            <w:r>
              <w:rPr>
                <w:rFonts w:eastAsia="Times New Roman"/>
                <w:szCs w:val="24"/>
                <w:lang w:val="vi-VN"/>
              </w:rPr>
              <w:t xml:space="preserve">Phân tích nguyên nhân của các tồn tại, hạn chế, </w:t>
            </w:r>
            <w:r>
              <w:rPr>
                <w:rFonts w:eastAsia="Times New Roman"/>
                <w:szCs w:val="24"/>
                <w:lang w:val="vi-VN"/>
              </w:rPr>
              <w:t>vi phạm pháp luật được phát hiện</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w:t>
            </w:r>
          </w:p>
        </w:tc>
        <w:tc>
          <w:tcPr>
            <w:tcW w:w="1843" w:type="dxa"/>
            <w:vAlign w:val="center"/>
          </w:tcPr>
          <w:p w:rsidR="00DF7BDC" w:rsidRDefault="00D30E93">
            <w:pPr>
              <w:jc w:val="both"/>
            </w:pPr>
            <w:r>
              <w:rPr>
                <w:szCs w:val="24"/>
              </w:rPr>
              <w:t>Thư</w:t>
            </w:r>
            <w:r>
              <w:rPr>
                <w:szCs w:val="24"/>
              </w:rPr>
              <w:t>ờ</w:t>
            </w:r>
            <w:r>
              <w:rPr>
                <w:szCs w:val="24"/>
              </w:rPr>
              <w:t>ng xuyên</w:t>
            </w:r>
          </w:p>
        </w:tc>
        <w:tc>
          <w:tcPr>
            <w:tcW w:w="2799" w:type="dxa"/>
            <w:vAlign w:val="center"/>
          </w:tcPr>
          <w:p w:rsidR="00DF7BDC" w:rsidRDefault="00D30E93">
            <w:pPr>
              <w:jc w:val="both"/>
            </w:pPr>
            <w:r>
              <w:rPr>
                <w:szCs w:val="24"/>
                <w:lang w:val="vi-VN"/>
              </w:rPr>
              <w:t>Thông tin đư</w:t>
            </w:r>
            <w:r>
              <w:rPr>
                <w:szCs w:val="24"/>
                <w:lang w:val="vi-VN"/>
              </w:rPr>
              <w:t>ợ</w:t>
            </w:r>
            <w:r>
              <w:rPr>
                <w:szCs w:val="24"/>
                <w:lang w:val="vi-VN"/>
              </w:rPr>
              <w:t>c</w:t>
            </w:r>
            <w:r>
              <w:rPr>
                <w:rFonts w:eastAsia="Times New Roman"/>
                <w:szCs w:val="24"/>
                <w:lang w:val="vi-VN"/>
              </w:rPr>
              <w:t xml:space="preserve"> phân loại, sàng lọc, đánh giá</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5.4</w:t>
            </w:r>
          </w:p>
        </w:tc>
        <w:tc>
          <w:tcPr>
            <w:tcW w:w="4814" w:type="dxa"/>
            <w:vAlign w:val="center"/>
          </w:tcPr>
          <w:p w:rsidR="00DF7BDC" w:rsidRDefault="00D30E93">
            <w:pPr>
              <w:jc w:val="both"/>
            </w:pPr>
            <w:r>
              <w:rPr>
                <w:szCs w:val="24"/>
                <w:lang w:val="de-DE"/>
              </w:rPr>
              <w:t>K</w:t>
            </w:r>
            <w:r>
              <w:rPr>
                <w:szCs w:val="24"/>
                <w:lang w:val="de-DE"/>
              </w:rPr>
              <w:t>ế</w:t>
            </w:r>
            <w:r>
              <w:rPr>
                <w:szCs w:val="24"/>
                <w:lang w:val="de-DE"/>
              </w:rPr>
              <w:t>t n</w:t>
            </w:r>
            <w:r>
              <w:rPr>
                <w:szCs w:val="24"/>
                <w:lang w:val="de-DE"/>
              </w:rPr>
              <w:t>ố</w:t>
            </w:r>
            <w:r>
              <w:rPr>
                <w:szCs w:val="24"/>
                <w:lang w:val="de-DE"/>
              </w:rPr>
              <w:t>i, chia s</w:t>
            </w:r>
            <w:r>
              <w:rPr>
                <w:szCs w:val="24"/>
                <w:lang w:val="de-DE"/>
              </w:rPr>
              <w:t>ẻ</w:t>
            </w:r>
            <w:r>
              <w:rPr>
                <w:szCs w:val="24"/>
                <w:lang w:val="de-DE"/>
              </w:rPr>
              <w:t xml:space="preserve"> d</w:t>
            </w:r>
            <w:r>
              <w:rPr>
                <w:szCs w:val="24"/>
                <w:lang w:val="de-DE"/>
              </w:rPr>
              <w:t>ữ</w:t>
            </w:r>
            <w:r>
              <w:rPr>
                <w:szCs w:val="24"/>
                <w:lang w:val="de-DE"/>
              </w:rPr>
              <w:t xml:space="preserve"> li</w:t>
            </w:r>
            <w:r>
              <w:rPr>
                <w:szCs w:val="24"/>
                <w:lang w:val="de-DE"/>
              </w:rPr>
              <w:t>ệ</w:t>
            </w:r>
            <w:r>
              <w:rPr>
                <w:szCs w:val="24"/>
                <w:lang w:val="de-DE"/>
              </w:rPr>
              <w:t>u gi</w:t>
            </w:r>
            <w:r>
              <w:rPr>
                <w:szCs w:val="24"/>
                <w:lang w:val="de-DE"/>
              </w:rPr>
              <w:t>ữ</w:t>
            </w:r>
            <w:r>
              <w:rPr>
                <w:szCs w:val="24"/>
                <w:lang w:val="de-DE"/>
              </w:rPr>
              <w:t>a các cơ quan qu</w:t>
            </w:r>
            <w:r>
              <w:rPr>
                <w:szCs w:val="24"/>
                <w:lang w:val="de-DE"/>
              </w:rPr>
              <w:t>ả</w:t>
            </w:r>
            <w:r>
              <w:rPr>
                <w:szCs w:val="24"/>
                <w:lang w:val="de-DE"/>
              </w:rPr>
              <w:t>n lý nhà nư</w:t>
            </w:r>
            <w:r>
              <w:rPr>
                <w:szCs w:val="24"/>
                <w:lang w:val="de-DE"/>
              </w:rPr>
              <w:t>ớ</w:t>
            </w:r>
            <w:r>
              <w:rPr>
                <w:szCs w:val="24"/>
                <w:lang w:val="de-DE"/>
              </w:rPr>
              <w:t>c theo quy đ</w:t>
            </w:r>
            <w:r>
              <w:rPr>
                <w:szCs w:val="24"/>
                <w:lang w:val="de-DE"/>
              </w:rPr>
              <w:t>ị</w:t>
            </w:r>
            <w:r>
              <w:rPr>
                <w:szCs w:val="24"/>
                <w:lang w:val="de-DE"/>
              </w:rPr>
              <w:t>nh</w:t>
            </w:r>
            <w:r>
              <w:rPr>
                <w:szCs w:val="24"/>
                <w:lang w:val="vi-VN"/>
              </w:rPr>
              <w:t xml:space="preserve">. </w:t>
            </w:r>
            <w:r>
              <w:rPr>
                <w:szCs w:val="24"/>
                <w:lang w:val="de-DE"/>
              </w:rPr>
              <w:t>S</w:t>
            </w:r>
            <w:r>
              <w:rPr>
                <w:szCs w:val="24"/>
                <w:lang w:val="de-DE"/>
              </w:rPr>
              <w:t>ố</w:t>
            </w:r>
            <w:r>
              <w:rPr>
                <w:szCs w:val="24"/>
                <w:lang w:val="de-DE"/>
              </w:rPr>
              <w:t xml:space="preserve"> hóa k</w:t>
            </w:r>
            <w:r>
              <w:rPr>
                <w:szCs w:val="24"/>
                <w:lang w:val="de-DE"/>
              </w:rPr>
              <w:t>ế</w:t>
            </w:r>
            <w:r>
              <w:rPr>
                <w:szCs w:val="24"/>
                <w:lang w:val="de-DE"/>
              </w:rPr>
              <w:t>t qu</w:t>
            </w:r>
            <w:r>
              <w:rPr>
                <w:szCs w:val="24"/>
                <w:lang w:val="de-DE"/>
              </w:rPr>
              <w:t>ả</w:t>
            </w:r>
            <w:r>
              <w:rPr>
                <w:szCs w:val="24"/>
                <w:lang w:val="de-DE"/>
              </w:rPr>
              <w:t xml:space="preserve"> ki</w:t>
            </w:r>
            <w:r>
              <w:rPr>
                <w:szCs w:val="24"/>
                <w:lang w:val="de-DE"/>
              </w:rPr>
              <w:t>ể</w:t>
            </w:r>
            <w:r>
              <w:rPr>
                <w:szCs w:val="24"/>
                <w:lang w:val="de-DE"/>
              </w:rPr>
              <w:t>m tra, kh</w:t>
            </w:r>
            <w:r>
              <w:rPr>
                <w:szCs w:val="24"/>
                <w:lang w:val="de-DE"/>
              </w:rPr>
              <w:t>ả</w:t>
            </w:r>
            <w:r>
              <w:rPr>
                <w:szCs w:val="24"/>
                <w:lang w:val="de-DE"/>
              </w:rPr>
              <w:t xml:space="preserve">o sát, </w:t>
            </w:r>
            <w:r>
              <w:rPr>
                <w:szCs w:val="24"/>
                <w:lang w:val="de-DE"/>
              </w:rPr>
              <w:t>theo dõi thi hành pháp lu</w:t>
            </w:r>
            <w:r>
              <w:rPr>
                <w:szCs w:val="24"/>
                <w:lang w:val="de-DE"/>
              </w:rPr>
              <w:t>ậ</w:t>
            </w:r>
            <w:r>
              <w:rPr>
                <w:szCs w:val="24"/>
                <w:lang w:val="de-DE"/>
              </w:rPr>
              <w:t>t, ph</w:t>
            </w:r>
            <w:r>
              <w:rPr>
                <w:szCs w:val="24"/>
                <w:lang w:val="de-DE"/>
              </w:rPr>
              <w:t>ả</w:t>
            </w:r>
            <w:r>
              <w:rPr>
                <w:szCs w:val="24"/>
                <w:lang w:val="de-DE"/>
              </w:rPr>
              <w:t>n ánh ki</w:t>
            </w:r>
            <w:r>
              <w:rPr>
                <w:szCs w:val="24"/>
                <w:lang w:val="de-DE"/>
              </w:rPr>
              <w:t>ế</w:t>
            </w:r>
            <w:r>
              <w:rPr>
                <w:szCs w:val="24"/>
                <w:lang w:val="de-DE"/>
              </w:rPr>
              <w:t>n ngh</w:t>
            </w:r>
            <w:r>
              <w:rPr>
                <w:szCs w:val="24"/>
                <w:lang w:val="de-DE"/>
              </w:rPr>
              <w:t>ị</w:t>
            </w:r>
            <w:r>
              <w:rPr>
                <w:szCs w:val="24"/>
                <w:lang w:val="de-DE"/>
              </w:rPr>
              <w:t xml:space="preserve"> và các ngu</w:t>
            </w:r>
            <w:r>
              <w:rPr>
                <w:szCs w:val="24"/>
                <w:lang w:val="de-DE"/>
              </w:rPr>
              <w:t>ồ</w:t>
            </w:r>
            <w:r>
              <w:rPr>
                <w:szCs w:val="24"/>
                <w:lang w:val="de-DE"/>
              </w:rPr>
              <w:t>n thông tin khác</w:t>
            </w:r>
          </w:p>
        </w:tc>
        <w:tc>
          <w:tcPr>
            <w:tcW w:w="1984" w:type="dxa"/>
            <w:vAlign w:val="center"/>
          </w:tcPr>
          <w:p w:rsidR="00DF7BDC" w:rsidRDefault="00D30E93">
            <w:pPr>
              <w:jc w:val="both"/>
            </w:pPr>
            <w:r>
              <w:t>Các phòng, ban, ngành c</w:t>
            </w:r>
            <w:r>
              <w:t>ấ</w:t>
            </w:r>
            <w:r>
              <w:t>p xã</w:t>
            </w:r>
          </w:p>
        </w:tc>
        <w:tc>
          <w:tcPr>
            <w:tcW w:w="1985" w:type="dxa"/>
            <w:vAlign w:val="center"/>
          </w:tcPr>
          <w:p w:rsidR="00DF7BDC" w:rsidRDefault="00D30E93">
            <w:pPr>
              <w:jc w:val="both"/>
            </w:pPr>
            <w:r>
              <w:t>Văn phòng HĐND-UBND</w:t>
            </w:r>
          </w:p>
        </w:tc>
        <w:tc>
          <w:tcPr>
            <w:tcW w:w="1843" w:type="dxa"/>
            <w:vAlign w:val="center"/>
          </w:tcPr>
          <w:p w:rsidR="00DF7BDC" w:rsidRDefault="00D30E93">
            <w:pPr>
              <w:jc w:val="both"/>
            </w:pPr>
            <w:r>
              <w:rPr>
                <w:szCs w:val="24"/>
              </w:rPr>
              <w:t>Thư</w:t>
            </w:r>
            <w:r>
              <w:rPr>
                <w:szCs w:val="24"/>
              </w:rPr>
              <w:t>ờ</w:t>
            </w:r>
            <w:r>
              <w:rPr>
                <w:szCs w:val="24"/>
              </w:rPr>
              <w:t>ng xuyên</w:t>
            </w:r>
          </w:p>
        </w:tc>
        <w:tc>
          <w:tcPr>
            <w:tcW w:w="2799" w:type="dxa"/>
            <w:vAlign w:val="center"/>
          </w:tcPr>
          <w:p w:rsidR="00DF7BDC" w:rsidRDefault="00D30E93">
            <w:pPr>
              <w:jc w:val="both"/>
              <w:rPr>
                <w:szCs w:val="24"/>
                <w:lang w:val="vi-VN"/>
              </w:rPr>
            </w:pPr>
            <w:r>
              <w:rPr>
                <w:szCs w:val="24"/>
                <w:lang w:val="de-DE"/>
              </w:rPr>
              <w:t>Thông</w:t>
            </w:r>
            <w:r>
              <w:rPr>
                <w:szCs w:val="24"/>
                <w:lang w:val="vi-VN"/>
              </w:rPr>
              <w:t xml:space="preserve"> tin đư</w:t>
            </w:r>
            <w:r>
              <w:rPr>
                <w:szCs w:val="24"/>
                <w:lang w:val="vi-VN"/>
              </w:rPr>
              <w:t>ợ</w:t>
            </w:r>
            <w:r>
              <w:rPr>
                <w:szCs w:val="24"/>
                <w:lang w:val="vi-VN"/>
              </w:rPr>
              <w:t xml:space="preserve">c </w:t>
            </w:r>
          </w:p>
          <w:p w:rsidR="00DF7BDC" w:rsidRDefault="00D30E93">
            <w:pPr>
              <w:jc w:val="both"/>
            </w:pPr>
            <w:r>
              <w:rPr>
                <w:szCs w:val="24"/>
                <w:lang w:val="vi-VN"/>
              </w:rPr>
              <w:t>chia s</w:t>
            </w:r>
            <w:r>
              <w:rPr>
                <w:szCs w:val="24"/>
                <w:lang w:val="vi-VN"/>
              </w:rPr>
              <w:t>ẻ</w:t>
            </w:r>
            <w:r>
              <w:rPr>
                <w:szCs w:val="24"/>
                <w:lang w:val="vi-VN"/>
              </w:rPr>
              <w:t>, s</w:t>
            </w:r>
            <w:r>
              <w:rPr>
                <w:szCs w:val="24"/>
                <w:lang w:val="vi-VN"/>
              </w:rPr>
              <w:t>ố</w:t>
            </w:r>
            <w:r>
              <w:rPr>
                <w:szCs w:val="24"/>
                <w:lang w:val="vi-VN"/>
              </w:rPr>
              <w:t xml:space="preserve"> hóa</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6</w:t>
            </w:r>
          </w:p>
        </w:tc>
        <w:tc>
          <w:tcPr>
            <w:tcW w:w="14028" w:type="dxa"/>
            <w:gridSpan w:val="6"/>
            <w:vAlign w:val="center"/>
          </w:tcPr>
          <w:p w:rsidR="00DF7BDC" w:rsidRDefault="00D30E93">
            <w:pPr>
              <w:jc w:val="both"/>
              <w:rPr>
                <w:b/>
                <w:bCs/>
              </w:rPr>
            </w:pPr>
            <w:r>
              <w:rPr>
                <w:b/>
                <w:bCs/>
              </w:rPr>
              <w:t>Chuy</w:t>
            </w:r>
            <w:r>
              <w:rPr>
                <w:b/>
                <w:bCs/>
              </w:rPr>
              <w:t>ể</w:t>
            </w:r>
            <w:r>
              <w:rPr>
                <w:b/>
                <w:bCs/>
              </w:rPr>
              <w:t>n đ</w:t>
            </w:r>
            <w:r>
              <w:rPr>
                <w:b/>
                <w:bCs/>
              </w:rPr>
              <w:t>ổ</w:t>
            </w:r>
            <w:r>
              <w:rPr>
                <w:b/>
                <w:bCs/>
              </w:rPr>
              <w:t>i s</w:t>
            </w:r>
            <w:r>
              <w:rPr>
                <w:b/>
                <w:bCs/>
              </w:rPr>
              <w:t>ố</w:t>
            </w:r>
            <w:r>
              <w:rPr>
                <w:b/>
                <w:bCs/>
              </w:rPr>
              <w:t xml:space="preserve"> và xây d</w:t>
            </w:r>
            <w:r>
              <w:rPr>
                <w:b/>
                <w:bCs/>
              </w:rPr>
              <w:t>ự</w:t>
            </w:r>
            <w:r>
              <w:rPr>
                <w:b/>
                <w:bCs/>
              </w:rPr>
              <w:t>ng mô hình qu</w:t>
            </w:r>
            <w:r>
              <w:rPr>
                <w:b/>
                <w:bCs/>
              </w:rPr>
              <w:t>ả</w:t>
            </w:r>
            <w:r>
              <w:rPr>
                <w:b/>
                <w:bCs/>
              </w:rPr>
              <w:t>n tr</w:t>
            </w:r>
            <w:r>
              <w:rPr>
                <w:b/>
                <w:bCs/>
              </w:rPr>
              <w:t>ị</w:t>
            </w:r>
            <w:r>
              <w:rPr>
                <w:b/>
                <w:bCs/>
              </w:rPr>
              <w:t xml:space="preserve"> pháp lu</w:t>
            </w:r>
            <w:r>
              <w:rPr>
                <w:b/>
                <w:bCs/>
              </w:rPr>
              <w:t>ậ</w:t>
            </w:r>
            <w:r>
              <w:rPr>
                <w:b/>
                <w:bCs/>
              </w:rPr>
              <w:t>t hi</w:t>
            </w:r>
            <w:r>
              <w:rPr>
                <w:b/>
                <w:bCs/>
              </w:rPr>
              <w:t>ệ</w:t>
            </w:r>
            <w:r>
              <w:rPr>
                <w:b/>
                <w:bCs/>
              </w:rPr>
              <w:t>n đ</w:t>
            </w:r>
            <w:r>
              <w:rPr>
                <w:b/>
                <w:bCs/>
              </w:rPr>
              <w:t>ạ</w:t>
            </w:r>
            <w:r>
              <w:rPr>
                <w:b/>
                <w:bCs/>
              </w:rPr>
              <w:t>i t</w:t>
            </w:r>
            <w:r>
              <w:rPr>
                <w:b/>
                <w:bCs/>
              </w:rPr>
              <w:t>ạ</w:t>
            </w:r>
            <w:r>
              <w:rPr>
                <w:b/>
                <w:bCs/>
              </w:rPr>
              <w:t>i xã</w:t>
            </w:r>
          </w:p>
        </w:tc>
      </w:tr>
      <w:tr w:rsidR="00DF7BDC">
        <w:trPr>
          <w:jc w:val="center"/>
        </w:trPr>
        <w:tc>
          <w:tcPr>
            <w:tcW w:w="568" w:type="dxa"/>
            <w:vAlign w:val="center"/>
          </w:tcPr>
          <w:p w:rsidR="00DF7BDC" w:rsidRDefault="00D30E93">
            <w:pPr>
              <w:jc w:val="center"/>
            </w:pPr>
            <w:r>
              <w:t>6.1</w:t>
            </w:r>
          </w:p>
        </w:tc>
        <w:tc>
          <w:tcPr>
            <w:tcW w:w="4814" w:type="dxa"/>
            <w:vAlign w:val="center"/>
          </w:tcPr>
          <w:p w:rsidR="00DF7BDC" w:rsidRDefault="00D30E93">
            <w:pPr>
              <w:jc w:val="both"/>
            </w:pPr>
            <w:r>
              <w:t>S</w:t>
            </w:r>
            <w:r>
              <w:t>ố</w:t>
            </w:r>
            <w:r>
              <w:t xml:space="preserve"> hóa, </w:t>
            </w:r>
            <w:r>
              <w:t>qu</w:t>
            </w:r>
            <w:r>
              <w:t>ả</w:t>
            </w:r>
            <w:r>
              <w:t>n lý, lưu tr</w:t>
            </w:r>
            <w:r>
              <w:t>ữ</w:t>
            </w:r>
            <w:r>
              <w:t xml:space="preserve"> và khai thác văn b</w:t>
            </w:r>
            <w:r>
              <w:t>ả</w:t>
            </w:r>
            <w:r>
              <w:t>n QPPL, văn b</w:t>
            </w:r>
            <w:r>
              <w:t>ả</w:t>
            </w:r>
            <w:r>
              <w:t>n pháp lu</w:t>
            </w:r>
            <w:r>
              <w:t>ậ</w:t>
            </w:r>
            <w:r>
              <w:t>t và h</w:t>
            </w:r>
            <w:r>
              <w:t>ồ</w:t>
            </w:r>
            <w:r>
              <w:t xml:space="preserve"> sơ theo dõi thi hành pháp lu</w:t>
            </w:r>
            <w:r>
              <w:t>ậ</w:t>
            </w:r>
            <w:r>
              <w:t>t thu</w:t>
            </w:r>
            <w:r>
              <w:t>ộ</w:t>
            </w:r>
            <w:r>
              <w:t>c ph</w:t>
            </w:r>
            <w:r>
              <w:t>ạ</w:t>
            </w:r>
            <w:r>
              <w:t>m vi xã</w:t>
            </w:r>
          </w:p>
        </w:tc>
        <w:tc>
          <w:tcPr>
            <w:tcW w:w="1984" w:type="dxa"/>
            <w:vAlign w:val="center"/>
          </w:tcPr>
          <w:p w:rsidR="00DF7BDC" w:rsidRDefault="00D30E93">
            <w:pPr>
              <w:jc w:val="both"/>
            </w:pPr>
            <w:r>
              <w:t>Văn phòng HĐND-UBND</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Theo K</w:t>
            </w:r>
            <w:r>
              <w:t>ế</w:t>
            </w:r>
            <w:r>
              <w:t xml:space="preserve"> ho</w:t>
            </w:r>
            <w:r>
              <w:t>ạ</w:t>
            </w:r>
            <w:r>
              <w:t>ch và hư</w:t>
            </w:r>
            <w:r>
              <w:t>ớ</w:t>
            </w:r>
            <w:r>
              <w:t>ng d</w:t>
            </w:r>
            <w:r>
              <w:t>ẫ</w:t>
            </w:r>
            <w:r>
              <w:t>n c</w:t>
            </w:r>
            <w:r>
              <w:t>ủ</w:t>
            </w:r>
            <w:r>
              <w:t>a c</w:t>
            </w:r>
            <w:r>
              <w:t>ấ</w:t>
            </w:r>
            <w:r>
              <w:t>p trên</w:t>
            </w:r>
          </w:p>
        </w:tc>
        <w:tc>
          <w:tcPr>
            <w:tcW w:w="2799" w:type="dxa"/>
            <w:vAlign w:val="center"/>
          </w:tcPr>
          <w:p w:rsidR="00DF7BDC" w:rsidRDefault="00D30E93">
            <w:pPr>
              <w:jc w:val="both"/>
            </w:pPr>
            <w:r>
              <w:t>Danh m</w:t>
            </w:r>
            <w:r>
              <w:t>ụ</w:t>
            </w:r>
            <w:r>
              <w:t>c, h</w:t>
            </w:r>
            <w:r>
              <w:t>ồ</w:t>
            </w:r>
            <w:r>
              <w:t xml:space="preserve"> sơ/d</w:t>
            </w:r>
            <w:r>
              <w:t>ữ</w:t>
            </w:r>
            <w:r>
              <w:t xml:space="preserve"> li</w:t>
            </w:r>
            <w:r>
              <w:t>ệ</w:t>
            </w:r>
            <w:r>
              <w:t>u đi</w:t>
            </w:r>
            <w:r>
              <w:t>ệ</w:t>
            </w:r>
            <w:r>
              <w:t>n t</w:t>
            </w:r>
            <w:r>
              <w:t>ử</w:t>
            </w:r>
            <w:r>
              <w:t xml:space="preserve"> đư</w:t>
            </w:r>
            <w:r>
              <w:t>ợ</w:t>
            </w:r>
            <w:r>
              <w:t>c c</w:t>
            </w:r>
            <w:r>
              <w:t>ậ</w:t>
            </w:r>
            <w:r>
              <w:t>p nh</w:t>
            </w:r>
            <w:r>
              <w:t>ậ</w:t>
            </w:r>
            <w:r>
              <w:t>t</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6.2</w:t>
            </w:r>
          </w:p>
        </w:tc>
        <w:tc>
          <w:tcPr>
            <w:tcW w:w="4814" w:type="dxa"/>
            <w:vAlign w:val="center"/>
          </w:tcPr>
          <w:p w:rsidR="00DF7BDC" w:rsidRDefault="00D30E93">
            <w:pPr>
              <w:jc w:val="both"/>
            </w:pPr>
            <w:r>
              <w:t>Khai thác hi</w:t>
            </w:r>
            <w:r>
              <w:t>ệ</w:t>
            </w:r>
            <w:r>
              <w:t>u qu</w:t>
            </w:r>
            <w:r>
              <w:t>ả</w:t>
            </w:r>
            <w:r>
              <w:t xml:space="preserve"> các h</w:t>
            </w:r>
            <w:r>
              <w:t>ệ</w:t>
            </w:r>
            <w:r>
              <w:t xml:space="preserve"> th</w:t>
            </w:r>
            <w:r>
              <w:t>ố</w:t>
            </w:r>
            <w:r>
              <w:t>ng dùng chung, n</w:t>
            </w:r>
            <w:r>
              <w:t>ề</w:t>
            </w:r>
            <w:r>
              <w:t>n t</w:t>
            </w:r>
            <w:r>
              <w:t>ả</w:t>
            </w:r>
            <w:r>
              <w:t>ng s</w:t>
            </w:r>
            <w:r>
              <w:t>ố</w:t>
            </w:r>
            <w:r>
              <w:t xml:space="preserve"> c</w:t>
            </w:r>
            <w:r>
              <w:t>ủ</w:t>
            </w:r>
            <w:r>
              <w:t>a t</w:t>
            </w:r>
            <w:r>
              <w:t>ỉ</w:t>
            </w:r>
            <w:r>
              <w:t>nh; th</w:t>
            </w:r>
            <w:r>
              <w:t>ự</w:t>
            </w:r>
            <w:r>
              <w:t>c hi</w:t>
            </w:r>
            <w:r>
              <w:t>ệ</w:t>
            </w:r>
            <w:r>
              <w:t>n k</w:t>
            </w:r>
            <w:r>
              <w:t>ế</w:t>
            </w:r>
            <w:r>
              <w:t>t n</w:t>
            </w:r>
            <w:r>
              <w:t>ố</w:t>
            </w:r>
            <w:r>
              <w:t>i, chia s</w:t>
            </w:r>
            <w:r>
              <w:t>ẻ</w:t>
            </w:r>
            <w:r>
              <w:t xml:space="preserve"> d</w:t>
            </w:r>
            <w:r>
              <w:t>ữ</w:t>
            </w:r>
            <w:r>
              <w:t xml:space="preserve"> li</w:t>
            </w:r>
            <w:r>
              <w:t>ệ</w:t>
            </w:r>
            <w:r>
              <w:t>u theo quy đ</w:t>
            </w:r>
            <w:r>
              <w:t>ị</w:t>
            </w:r>
            <w:r>
              <w:t>nh</w:t>
            </w:r>
          </w:p>
        </w:tc>
        <w:tc>
          <w:tcPr>
            <w:tcW w:w="1984" w:type="dxa"/>
            <w:vAlign w:val="center"/>
          </w:tcPr>
          <w:p w:rsidR="00DF7BDC" w:rsidRDefault="00D30E93">
            <w:pPr>
              <w:jc w:val="both"/>
            </w:pPr>
            <w:r>
              <w:t>Văn phòng HĐND-UBND</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D</w:t>
            </w:r>
            <w:r>
              <w:t>ữ</w:t>
            </w:r>
            <w:r>
              <w:t xml:space="preserve"> li</w:t>
            </w:r>
            <w:r>
              <w:t>ệ</w:t>
            </w:r>
            <w:r>
              <w:t>u đư</w:t>
            </w:r>
            <w:r>
              <w:t>ợ</w:t>
            </w:r>
            <w:r>
              <w:t>c c</w:t>
            </w:r>
            <w:r>
              <w:t>ậ</w:t>
            </w:r>
            <w:r>
              <w:t>p nh</w:t>
            </w:r>
            <w:r>
              <w:t>ậ</w:t>
            </w:r>
            <w:r>
              <w:t>t, khai thác, chia s</w:t>
            </w:r>
            <w:r>
              <w:t>ẻ</w:t>
            </w:r>
            <w:r>
              <w:t xml:space="preserve"> theo quy đ</w:t>
            </w:r>
            <w:r>
              <w:t>ị</w:t>
            </w:r>
            <w:r>
              <w:t>nh</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rPr>
                <w:b/>
                <w:bCs/>
              </w:rPr>
            </w:pPr>
            <w:r>
              <w:rPr>
                <w:b/>
                <w:bCs/>
              </w:rPr>
              <w:t>7</w:t>
            </w:r>
          </w:p>
        </w:tc>
        <w:tc>
          <w:tcPr>
            <w:tcW w:w="14028" w:type="dxa"/>
            <w:gridSpan w:val="6"/>
            <w:vAlign w:val="center"/>
          </w:tcPr>
          <w:p w:rsidR="00DF7BDC" w:rsidRDefault="00D30E93">
            <w:pPr>
              <w:jc w:val="both"/>
              <w:rPr>
                <w:b/>
                <w:bCs/>
              </w:rPr>
            </w:pPr>
            <w:r>
              <w:rPr>
                <w:b/>
                <w:bCs/>
              </w:rPr>
              <w:t>Ki</w:t>
            </w:r>
            <w:r>
              <w:rPr>
                <w:b/>
                <w:bCs/>
              </w:rPr>
              <w:t>ệ</w:t>
            </w:r>
            <w:r>
              <w:rPr>
                <w:b/>
                <w:bCs/>
              </w:rPr>
              <w:t>n toàn t</w:t>
            </w:r>
            <w:r>
              <w:rPr>
                <w:b/>
                <w:bCs/>
              </w:rPr>
              <w:t>ổ</w:t>
            </w:r>
            <w:r>
              <w:rPr>
                <w:b/>
                <w:bCs/>
              </w:rPr>
              <w:t xml:space="preserve"> ch</w:t>
            </w:r>
            <w:r>
              <w:rPr>
                <w:b/>
                <w:bCs/>
              </w:rPr>
              <w:t>ứ</w:t>
            </w:r>
            <w:r>
              <w:rPr>
                <w:b/>
                <w:bCs/>
              </w:rPr>
              <w:t>c,</w:t>
            </w:r>
            <w:r>
              <w:rPr>
                <w:b/>
                <w:bCs/>
              </w:rPr>
              <w:t xml:space="preserve"> phát tri</w:t>
            </w:r>
            <w:r>
              <w:rPr>
                <w:b/>
                <w:bCs/>
              </w:rPr>
              <w:t>ể</w:t>
            </w:r>
            <w:r>
              <w:rPr>
                <w:b/>
                <w:bCs/>
              </w:rPr>
              <w:t>n ngu</w:t>
            </w:r>
            <w:r>
              <w:rPr>
                <w:b/>
                <w:bCs/>
              </w:rPr>
              <w:t>ồ</w:t>
            </w:r>
            <w:r>
              <w:rPr>
                <w:b/>
                <w:bCs/>
              </w:rPr>
              <w:t>n nhân l</w:t>
            </w:r>
            <w:r>
              <w:rPr>
                <w:b/>
                <w:bCs/>
              </w:rPr>
              <w:t>ự</w:t>
            </w:r>
            <w:r>
              <w:rPr>
                <w:b/>
                <w:bCs/>
              </w:rPr>
              <w:t>c và b</w:t>
            </w:r>
            <w:r>
              <w:rPr>
                <w:b/>
                <w:bCs/>
              </w:rPr>
              <w:t>ả</w:t>
            </w:r>
            <w:r>
              <w:rPr>
                <w:b/>
                <w:bCs/>
              </w:rPr>
              <w:t>o đ</w:t>
            </w:r>
            <w:r>
              <w:rPr>
                <w:b/>
                <w:bCs/>
              </w:rPr>
              <w:t>ả</w:t>
            </w:r>
            <w:r>
              <w:rPr>
                <w:b/>
                <w:bCs/>
              </w:rPr>
              <w:t>m đi</w:t>
            </w:r>
            <w:r>
              <w:rPr>
                <w:b/>
                <w:bCs/>
              </w:rPr>
              <w:t>ề</w:t>
            </w:r>
            <w:r>
              <w:rPr>
                <w:b/>
                <w:bCs/>
              </w:rPr>
              <w:t>u ki</w:t>
            </w:r>
            <w:r>
              <w:rPr>
                <w:b/>
                <w:bCs/>
              </w:rPr>
              <w:t>ệ</w:t>
            </w:r>
            <w:r>
              <w:rPr>
                <w:b/>
                <w:bCs/>
              </w:rPr>
              <w:t>n th</w:t>
            </w:r>
            <w:r>
              <w:rPr>
                <w:b/>
                <w:bCs/>
              </w:rPr>
              <w:t>ự</w:t>
            </w:r>
            <w:r>
              <w:rPr>
                <w:b/>
                <w:bCs/>
              </w:rPr>
              <w:t>c hi</w:t>
            </w:r>
            <w:r>
              <w:rPr>
                <w:b/>
                <w:bCs/>
              </w:rPr>
              <w:t>ệ</w:t>
            </w:r>
            <w:r>
              <w:rPr>
                <w:b/>
                <w:bCs/>
              </w:rPr>
              <w:t>n</w:t>
            </w:r>
          </w:p>
        </w:tc>
      </w:tr>
      <w:tr w:rsidR="00DF7BDC">
        <w:trPr>
          <w:jc w:val="center"/>
        </w:trPr>
        <w:tc>
          <w:tcPr>
            <w:tcW w:w="568" w:type="dxa"/>
            <w:vAlign w:val="center"/>
          </w:tcPr>
          <w:p w:rsidR="00DF7BDC" w:rsidRDefault="00D30E93">
            <w:pPr>
              <w:jc w:val="center"/>
            </w:pPr>
            <w:r>
              <w:t>7.1</w:t>
            </w:r>
          </w:p>
        </w:tc>
        <w:tc>
          <w:tcPr>
            <w:tcW w:w="4814" w:type="dxa"/>
            <w:vAlign w:val="center"/>
          </w:tcPr>
          <w:p w:rsidR="00DF7BDC" w:rsidRDefault="00D30E93">
            <w:pPr>
              <w:jc w:val="both"/>
            </w:pPr>
            <w:r>
              <w:t>Phân công công ch</w:t>
            </w:r>
            <w:r>
              <w:t>ứ</w:t>
            </w:r>
            <w:r>
              <w:t>c có năng l</w:t>
            </w:r>
            <w:r>
              <w:t>ự</w:t>
            </w:r>
            <w:r>
              <w:t>c, trình đ</w:t>
            </w:r>
            <w:r>
              <w:t>ộ</w:t>
            </w:r>
            <w:r>
              <w:t xml:space="preserve"> làm đ</w:t>
            </w:r>
            <w:r>
              <w:t>ầ</w:t>
            </w:r>
            <w:r>
              <w:t>u m</w:t>
            </w:r>
            <w:r>
              <w:t>ố</w:t>
            </w:r>
            <w:r>
              <w:t>i tham mưu công tác xây d</w:t>
            </w:r>
            <w:r>
              <w:t>ự</w:t>
            </w:r>
            <w:r>
              <w:t>ng và t</w:t>
            </w:r>
            <w:r>
              <w:t>ổ</w:t>
            </w:r>
            <w:r>
              <w:t xml:space="preserve"> ch</w:t>
            </w:r>
            <w:r>
              <w:t>ứ</w:t>
            </w:r>
            <w:r>
              <w:t>c thi hành pháp lu</w:t>
            </w:r>
            <w:r>
              <w:t>ậ</w:t>
            </w:r>
            <w:r>
              <w:t>t</w:t>
            </w:r>
          </w:p>
        </w:tc>
        <w:tc>
          <w:tcPr>
            <w:tcW w:w="1984" w:type="dxa"/>
            <w:vAlign w:val="center"/>
          </w:tcPr>
          <w:p w:rsidR="00DF7BDC" w:rsidRDefault="00D30E93">
            <w:pPr>
              <w:jc w:val="both"/>
            </w:pPr>
            <w:r>
              <w:t>Phòng Văn hóa – Xã h</w:t>
            </w:r>
            <w:r>
              <w:t>ộ</w:t>
            </w:r>
            <w:r>
              <w:t>i</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Năm 2026 và thư</w:t>
            </w:r>
            <w:r>
              <w:t>ờ</w:t>
            </w:r>
            <w:r>
              <w:t xml:space="preserve">ng xuyên rà </w:t>
            </w:r>
            <w:r>
              <w:t>soát</w:t>
            </w:r>
          </w:p>
        </w:tc>
        <w:tc>
          <w:tcPr>
            <w:tcW w:w="2799" w:type="dxa"/>
            <w:vAlign w:val="center"/>
          </w:tcPr>
          <w:p w:rsidR="00DF7BDC" w:rsidRDefault="00D30E93">
            <w:pPr>
              <w:jc w:val="both"/>
            </w:pPr>
            <w:r>
              <w:t>Quy</w:t>
            </w:r>
            <w:r>
              <w:t>ế</w:t>
            </w:r>
            <w:r>
              <w:t>t đ</w:t>
            </w:r>
            <w:r>
              <w:t>ị</w:t>
            </w:r>
            <w:r>
              <w:t>nh/văn b</w:t>
            </w:r>
            <w:r>
              <w:t>ả</w:t>
            </w:r>
            <w:r>
              <w:t>n phân công nhi</w:t>
            </w:r>
            <w:r>
              <w:t>ệ</w:t>
            </w:r>
            <w:r>
              <w:t>m v</w:t>
            </w:r>
            <w:r>
              <w:t>ụ</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7.2</w:t>
            </w:r>
          </w:p>
        </w:tc>
        <w:tc>
          <w:tcPr>
            <w:tcW w:w="4814" w:type="dxa"/>
            <w:vAlign w:val="center"/>
          </w:tcPr>
          <w:p w:rsidR="00DF7BDC" w:rsidRDefault="00D30E93">
            <w:pPr>
              <w:jc w:val="both"/>
            </w:pPr>
            <w:r>
              <w:t>C</w:t>
            </w:r>
            <w:r>
              <w:t>ử</w:t>
            </w:r>
            <w:r>
              <w:t xml:space="preserve"> cán b</w:t>
            </w:r>
            <w:r>
              <w:t>ộ</w:t>
            </w:r>
            <w:r>
              <w:t>, công ch</w:t>
            </w:r>
            <w:r>
              <w:t>ứ</w:t>
            </w:r>
            <w:r>
              <w:t>c tham gia các l</w:t>
            </w:r>
            <w:r>
              <w:t>ớ</w:t>
            </w:r>
            <w:r>
              <w:t>p t</w:t>
            </w:r>
            <w:r>
              <w:t>ậ</w:t>
            </w:r>
            <w:r>
              <w:t>p hu</w:t>
            </w:r>
            <w:r>
              <w:t>ấ</w:t>
            </w:r>
            <w:r>
              <w:t>n, b</w:t>
            </w:r>
            <w:r>
              <w:t>ồ</w:t>
            </w:r>
            <w:r>
              <w:t>i dư</w:t>
            </w:r>
            <w:r>
              <w:t>ỡ</w:t>
            </w:r>
            <w:r>
              <w:t>ng nghi</w:t>
            </w:r>
            <w:r>
              <w:t>ệ</w:t>
            </w:r>
            <w:r>
              <w:t>p v</w:t>
            </w:r>
            <w:r>
              <w:t>ụ</w:t>
            </w:r>
            <w:r>
              <w:t xml:space="preserve"> v</w:t>
            </w:r>
            <w:r>
              <w:t>ề</w:t>
            </w:r>
            <w:r>
              <w:t xml:space="preserve"> xây d</w:t>
            </w:r>
            <w:r>
              <w:t>ự</w:t>
            </w:r>
            <w:r>
              <w:t>ng, t</w:t>
            </w:r>
            <w:r>
              <w:t>ổ</w:t>
            </w:r>
            <w:r>
              <w:t xml:space="preserve"> ch</w:t>
            </w:r>
            <w:r>
              <w:t>ứ</w:t>
            </w:r>
            <w:r>
              <w:t>c thi hành pháp lu</w:t>
            </w:r>
            <w:r>
              <w:t>ậ</w:t>
            </w:r>
            <w:r>
              <w:t>t, ki</w:t>
            </w:r>
            <w:r>
              <w:t>ể</w:t>
            </w:r>
            <w:r>
              <w:t>m tra, rà soát văn b</w:t>
            </w:r>
            <w:r>
              <w:t>ả</w:t>
            </w:r>
            <w:r>
              <w:t>n, theo dõi thi hành pháp lu</w:t>
            </w:r>
            <w:r>
              <w:t>ậ</w:t>
            </w:r>
            <w:r>
              <w:t>t và PBGDPL</w:t>
            </w:r>
          </w:p>
        </w:tc>
        <w:tc>
          <w:tcPr>
            <w:tcW w:w="1984" w:type="dxa"/>
            <w:vAlign w:val="center"/>
          </w:tcPr>
          <w:p w:rsidR="00DF7BDC" w:rsidRDefault="00D30E93">
            <w:pPr>
              <w:jc w:val="both"/>
            </w:pPr>
            <w:r>
              <w:t>Văn phòng HĐND-UBND xã</w:t>
            </w:r>
          </w:p>
        </w:tc>
        <w:tc>
          <w:tcPr>
            <w:tcW w:w="1985" w:type="dxa"/>
            <w:vAlign w:val="center"/>
          </w:tcPr>
          <w:p w:rsidR="00DF7BDC" w:rsidRDefault="00D30E93">
            <w:pPr>
              <w:jc w:val="both"/>
            </w:pPr>
            <w:r>
              <w:t>Các phòng,</w:t>
            </w:r>
            <w:r>
              <w:t xml:space="preserve"> ban, ngành c</w:t>
            </w:r>
            <w:r>
              <w:t>ấ</w:t>
            </w:r>
            <w:r>
              <w:t>p xã</w:t>
            </w:r>
          </w:p>
        </w:tc>
        <w:tc>
          <w:tcPr>
            <w:tcW w:w="1843" w:type="dxa"/>
            <w:vAlign w:val="center"/>
          </w:tcPr>
          <w:p w:rsidR="00DF7BDC" w:rsidRDefault="00D30E93">
            <w:pPr>
              <w:jc w:val="both"/>
            </w:pPr>
            <w:r>
              <w:t>Theo K</w:t>
            </w:r>
            <w:r>
              <w:t>ế</w:t>
            </w:r>
            <w:r>
              <w:t xml:space="preserve"> ho</w:t>
            </w:r>
            <w:r>
              <w:t>ạ</w:t>
            </w:r>
            <w:r>
              <w:t>ch c</w:t>
            </w:r>
            <w:r>
              <w:t>ủ</w:t>
            </w:r>
            <w:r>
              <w:t>a c</w:t>
            </w:r>
            <w:r>
              <w:t>ấ</w:t>
            </w:r>
            <w:r>
              <w:t>p trên</w:t>
            </w:r>
          </w:p>
        </w:tc>
        <w:tc>
          <w:tcPr>
            <w:tcW w:w="2799" w:type="dxa"/>
            <w:vAlign w:val="center"/>
          </w:tcPr>
          <w:p w:rsidR="00DF7BDC" w:rsidRDefault="00D30E93">
            <w:pPr>
              <w:jc w:val="both"/>
            </w:pPr>
            <w:r>
              <w:t>Danh sách/quy</w:t>
            </w:r>
            <w:r>
              <w:t>ế</w:t>
            </w:r>
            <w:r>
              <w:t>t đ</w:t>
            </w:r>
            <w:r>
              <w:t>ị</w:t>
            </w:r>
            <w:r>
              <w:t>nh c</w:t>
            </w:r>
            <w:r>
              <w:t>ử</w:t>
            </w:r>
            <w:r>
              <w:t xml:space="preserve"> tham gia; ch</w:t>
            </w:r>
            <w:r>
              <w:t>ứ</w:t>
            </w:r>
            <w:r>
              <w:t>ng nh</w:t>
            </w:r>
            <w:r>
              <w:t>ậ</w:t>
            </w:r>
            <w:r>
              <w:t>n/tài li</w:t>
            </w:r>
            <w:r>
              <w:t>ệ</w:t>
            </w:r>
            <w:r>
              <w:t>u t</w:t>
            </w:r>
            <w:r>
              <w:t>ậ</w:t>
            </w:r>
            <w:r>
              <w:t>p hu</w:t>
            </w:r>
            <w:r>
              <w:t>ấ</w:t>
            </w:r>
            <w:r>
              <w:t>n (n</w:t>
            </w:r>
            <w:r>
              <w:t>ế</w:t>
            </w:r>
            <w:r>
              <w:t>u có)</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7.3</w:t>
            </w:r>
          </w:p>
        </w:tc>
        <w:tc>
          <w:tcPr>
            <w:tcW w:w="4814" w:type="dxa"/>
            <w:vAlign w:val="center"/>
          </w:tcPr>
          <w:p w:rsidR="00DF7BDC" w:rsidRDefault="00D30E93">
            <w:pPr>
              <w:jc w:val="both"/>
            </w:pPr>
            <w:r>
              <w:t>B</w:t>
            </w:r>
            <w:r>
              <w:t>ố</w:t>
            </w:r>
            <w:r>
              <w:t xml:space="preserve"> trí kinh phí th</w:t>
            </w:r>
            <w:r>
              <w:t>ự</w:t>
            </w:r>
            <w:r>
              <w:t>c hi</w:t>
            </w:r>
            <w:r>
              <w:t>ệ</w:t>
            </w:r>
            <w:r>
              <w:t>n các nhi</w:t>
            </w:r>
            <w:r>
              <w:t>ệ</w:t>
            </w:r>
            <w:r>
              <w:t>m v</w:t>
            </w:r>
            <w:r>
              <w:t>ụ</w:t>
            </w:r>
            <w:r>
              <w:t xml:space="preserve"> xây d</w:t>
            </w:r>
            <w:r>
              <w:t>ự</w:t>
            </w:r>
            <w:r>
              <w:t>ng, ki</w:t>
            </w:r>
            <w:r>
              <w:t>ể</w:t>
            </w:r>
            <w:r>
              <w:t>m tra, rà soát, h</w:t>
            </w:r>
            <w:r>
              <w:t>ệ</w:t>
            </w:r>
            <w:r>
              <w:t xml:space="preserve"> th</w:t>
            </w:r>
            <w:r>
              <w:t>ố</w:t>
            </w:r>
            <w:r>
              <w:t>ng hóa văn b</w:t>
            </w:r>
            <w:r>
              <w:t>ả</w:t>
            </w:r>
            <w:r>
              <w:t>n, PBGDPL và h</w:t>
            </w:r>
            <w:r>
              <w:t>ỗ</w:t>
            </w:r>
            <w:r>
              <w:t xml:space="preserve"> tr</w:t>
            </w:r>
            <w:r>
              <w:t>ợ</w:t>
            </w:r>
            <w:r>
              <w:t xml:space="preserve"> pháp lý theo quy đ</w:t>
            </w:r>
            <w:r>
              <w:t>ị</w:t>
            </w:r>
            <w:r>
              <w:t xml:space="preserve">nh và </w:t>
            </w:r>
            <w:r>
              <w:t>kh</w:t>
            </w:r>
            <w:r>
              <w:t>ả</w:t>
            </w:r>
            <w:r>
              <w:t xml:space="preserve"> năng ngân sách</w:t>
            </w:r>
          </w:p>
        </w:tc>
        <w:tc>
          <w:tcPr>
            <w:tcW w:w="1984" w:type="dxa"/>
            <w:vAlign w:val="center"/>
          </w:tcPr>
          <w:p w:rsidR="00DF7BDC" w:rsidRDefault="00D30E93">
            <w:pPr>
              <w:jc w:val="both"/>
            </w:pPr>
            <w:r>
              <w:t>Phòng Kinh t</w:t>
            </w:r>
            <w:r>
              <w:t>ế</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H</w:t>
            </w:r>
            <w:r>
              <w:t>ằ</w:t>
            </w:r>
            <w:r>
              <w:t>ng năm</w:t>
            </w:r>
          </w:p>
        </w:tc>
        <w:tc>
          <w:tcPr>
            <w:tcW w:w="2799" w:type="dxa"/>
            <w:vAlign w:val="center"/>
          </w:tcPr>
          <w:p w:rsidR="00DF7BDC" w:rsidRDefault="00D30E93">
            <w:pPr>
              <w:jc w:val="both"/>
            </w:pPr>
            <w:r>
              <w:t>D</w:t>
            </w:r>
            <w:r>
              <w:t>ự</w:t>
            </w:r>
            <w:r>
              <w:t xml:space="preserve"> toán ngân sách đư</w:t>
            </w:r>
            <w:r>
              <w:t>ợ</w:t>
            </w:r>
            <w:r>
              <w:t>c c</w:t>
            </w:r>
            <w:r>
              <w:t>ấ</w:t>
            </w:r>
            <w:r>
              <w:t>p có th</w:t>
            </w:r>
            <w:r>
              <w:t>ẩ</w:t>
            </w:r>
            <w:r>
              <w:t>m quy</w:t>
            </w:r>
            <w:r>
              <w:t>ề</w:t>
            </w:r>
            <w:r>
              <w:t>n phê duy</w:t>
            </w:r>
            <w:r>
              <w:t>ệ</w:t>
            </w:r>
            <w:r>
              <w:t>t</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7.4</w:t>
            </w:r>
          </w:p>
        </w:tc>
        <w:tc>
          <w:tcPr>
            <w:tcW w:w="4814" w:type="dxa"/>
            <w:vAlign w:val="center"/>
          </w:tcPr>
          <w:p w:rsidR="00DF7BDC" w:rsidRDefault="00D30E93">
            <w:pPr>
              <w:jc w:val="both"/>
            </w:pPr>
            <w:r>
              <w:t>Qu</w:t>
            </w:r>
            <w:r>
              <w:t>ả</w:t>
            </w:r>
            <w:r>
              <w:t>n lý, s</w:t>
            </w:r>
            <w:r>
              <w:t>ử</w:t>
            </w:r>
            <w:r>
              <w:t xml:space="preserve"> d</w:t>
            </w:r>
            <w:r>
              <w:t>ụ</w:t>
            </w:r>
            <w:r>
              <w:t>ng kinh phí đúng m</w:t>
            </w:r>
            <w:r>
              <w:t>ụ</w:t>
            </w:r>
            <w:r>
              <w:t>c đích, ch</w:t>
            </w:r>
            <w:r>
              <w:t>ế</w:t>
            </w:r>
            <w:r>
              <w:t xml:space="preserve"> đ</w:t>
            </w:r>
            <w:r>
              <w:t>ộ</w:t>
            </w:r>
            <w:r>
              <w:t>, tiêu chu</w:t>
            </w:r>
            <w:r>
              <w:t>ẩ</w:t>
            </w:r>
            <w:r>
              <w:t>n, đ</w:t>
            </w:r>
            <w:r>
              <w:t>ị</w:t>
            </w:r>
            <w:r>
              <w:t>nh m</w:t>
            </w:r>
            <w:r>
              <w:t>ứ</w:t>
            </w:r>
            <w:r>
              <w:t>c; b</w:t>
            </w:r>
            <w:r>
              <w:t>ả</w:t>
            </w:r>
            <w:r>
              <w:t>o đ</w:t>
            </w:r>
            <w:r>
              <w:t>ả</w:t>
            </w:r>
            <w:r>
              <w:t>m công khai, minh b</w:t>
            </w:r>
            <w:r>
              <w:t>ạ</w:t>
            </w:r>
            <w:r>
              <w:t>ch, ti</w:t>
            </w:r>
            <w:r>
              <w:t>ế</w:t>
            </w:r>
            <w:r>
              <w:t>t ki</w:t>
            </w:r>
            <w:r>
              <w:t>ệ</w:t>
            </w:r>
            <w:r>
              <w:t>m, hi</w:t>
            </w:r>
            <w:r>
              <w:t>ệ</w:t>
            </w:r>
            <w:r>
              <w:t>u qu</w:t>
            </w:r>
            <w:r>
              <w:t>ả</w:t>
            </w:r>
          </w:p>
        </w:tc>
        <w:tc>
          <w:tcPr>
            <w:tcW w:w="1984" w:type="dxa"/>
            <w:vAlign w:val="center"/>
          </w:tcPr>
          <w:p w:rsidR="00DF7BDC" w:rsidRDefault="00D30E93">
            <w:pPr>
              <w:jc w:val="both"/>
            </w:pPr>
            <w:r>
              <w:t>Văn phò</w:t>
            </w:r>
            <w:r>
              <w:t>ng HĐND-UBND xã</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Thư</w:t>
            </w:r>
            <w:r>
              <w:t>ờ</w:t>
            </w:r>
            <w:r>
              <w:t>ng xuyên</w:t>
            </w:r>
          </w:p>
        </w:tc>
        <w:tc>
          <w:tcPr>
            <w:tcW w:w="2799" w:type="dxa"/>
            <w:vAlign w:val="center"/>
          </w:tcPr>
          <w:p w:rsidR="00DF7BDC" w:rsidRDefault="00D30E93">
            <w:pPr>
              <w:jc w:val="both"/>
            </w:pPr>
            <w:r>
              <w:t>H</w:t>
            </w:r>
            <w:r>
              <w:t>ồ</w:t>
            </w:r>
            <w:r>
              <w:t xml:space="preserve"> sơ thanh quy</w:t>
            </w:r>
            <w:r>
              <w:t>ế</w:t>
            </w:r>
            <w:r>
              <w:t>t toán; báo cáo s</w:t>
            </w:r>
            <w:r>
              <w:t>ử</w:t>
            </w:r>
            <w:r>
              <w:t xml:space="preserve"> d</w:t>
            </w:r>
            <w:r>
              <w:t>ụ</w:t>
            </w:r>
            <w:r>
              <w:t>ng kinh phí</w:t>
            </w:r>
          </w:p>
        </w:tc>
        <w:tc>
          <w:tcPr>
            <w:tcW w:w="603" w:type="dxa"/>
            <w:vAlign w:val="center"/>
          </w:tcPr>
          <w:p w:rsidR="00DF7BDC" w:rsidRDefault="00DF7BDC">
            <w:pPr>
              <w:jc w:val="both"/>
            </w:pPr>
          </w:p>
        </w:tc>
      </w:tr>
      <w:tr w:rsidR="00DF7BDC">
        <w:trPr>
          <w:jc w:val="center"/>
        </w:trPr>
        <w:tc>
          <w:tcPr>
            <w:tcW w:w="568" w:type="dxa"/>
            <w:vAlign w:val="center"/>
          </w:tcPr>
          <w:p w:rsidR="00DF7BDC" w:rsidRDefault="00D30E93">
            <w:pPr>
              <w:jc w:val="center"/>
            </w:pPr>
            <w:r>
              <w:t>7.5</w:t>
            </w:r>
          </w:p>
        </w:tc>
        <w:tc>
          <w:tcPr>
            <w:tcW w:w="4814" w:type="dxa"/>
            <w:vAlign w:val="center"/>
          </w:tcPr>
          <w:p w:rsidR="00DF7BDC" w:rsidRDefault="00D30E93">
            <w:pPr>
              <w:jc w:val="both"/>
            </w:pPr>
            <w:r>
              <w:t>T</w:t>
            </w:r>
            <w:r>
              <w:t>ừ</w:t>
            </w:r>
            <w:r>
              <w:t>ng bư</w:t>
            </w:r>
            <w:r>
              <w:t>ớ</w:t>
            </w:r>
            <w:r>
              <w:t>c nâng c</w:t>
            </w:r>
            <w:r>
              <w:t>ấ</w:t>
            </w:r>
            <w:r>
              <w:t>p h</w:t>
            </w:r>
            <w:r>
              <w:t>ạ</w:t>
            </w:r>
            <w:r>
              <w:t xml:space="preserve"> t</w:t>
            </w:r>
            <w:r>
              <w:t>ầ</w:t>
            </w:r>
            <w:r>
              <w:t>ng CNTT, thi</w:t>
            </w:r>
            <w:r>
              <w:t>ế</w:t>
            </w:r>
            <w:r>
              <w:t>t b</w:t>
            </w:r>
            <w:r>
              <w:t>ị</w:t>
            </w:r>
            <w:r>
              <w:t>, ph</w:t>
            </w:r>
            <w:r>
              <w:t>ầ</w:t>
            </w:r>
            <w:r>
              <w:t>n m</w:t>
            </w:r>
            <w:r>
              <w:t>ề</w:t>
            </w:r>
            <w:r>
              <w:t>m và đi</w:t>
            </w:r>
            <w:r>
              <w:t>ề</w:t>
            </w:r>
            <w:r>
              <w:t>u ki</w:t>
            </w:r>
            <w:r>
              <w:t>ệ</w:t>
            </w:r>
            <w:r>
              <w:t>n k</w:t>
            </w:r>
            <w:r>
              <w:t>ỹ</w:t>
            </w:r>
            <w:r>
              <w:t xml:space="preserve"> thu</w:t>
            </w:r>
            <w:r>
              <w:t>ậ</w:t>
            </w:r>
            <w:r>
              <w:t>t ph</w:t>
            </w:r>
            <w:r>
              <w:t>ụ</w:t>
            </w:r>
            <w:r>
              <w:t>c v</w:t>
            </w:r>
            <w:r>
              <w:t>ụ</w:t>
            </w:r>
            <w:r>
              <w:t xml:space="preserve"> qu</w:t>
            </w:r>
            <w:r>
              <w:t>ả</w:t>
            </w:r>
            <w:r>
              <w:t>n lý, khai thác d</w:t>
            </w:r>
            <w:r>
              <w:t>ữ</w:t>
            </w:r>
            <w:r>
              <w:t xml:space="preserve"> li</w:t>
            </w:r>
            <w:r>
              <w:t>ệ</w:t>
            </w:r>
            <w:r>
              <w:t>u pháp lu</w:t>
            </w:r>
            <w:r>
              <w:t>ậ</w:t>
            </w:r>
            <w:r>
              <w:t>t và PBGDPL s</w:t>
            </w:r>
            <w:r>
              <w:t>ố</w:t>
            </w:r>
          </w:p>
        </w:tc>
        <w:tc>
          <w:tcPr>
            <w:tcW w:w="1984" w:type="dxa"/>
            <w:vAlign w:val="center"/>
          </w:tcPr>
          <w:p w:rsidR="00DF7BDC" w:rsidRDefault="00D30E93">
            <w:pPr>
              <w:jc w:val="both"/>
            </w:pPr>
            <w:r>
              <w:t xml:space="preserve">Phòng Văn </w:t>
            </w:r>
            <w:r>
              <w:t>hóa – Xã h</w:t>
            </w:r>
            <w:r>
              <w:t>ộ</w:t>
            </w:r>
            <w:r>
              <w:t>i</w:t>
            </w:r>
          </w:p>
        </w:tc>
        <w:tc>
          <w:tcPr>
            <w:tcW w:w="1985" w:type="dxa"/>
            <w:vAlign w:val="center"/>
          </w:tcPr>
          <w:p w:rsidR="00DF7BDC" w:rsidRDefault="00D30E93">
            <w:pPr>
              <w:jc w:val="both"/>
            </w:pPr>
            <w:r>
              <w:t>Các phòng, ban, ngành c</w:t>
            </w:r>
            <w:r>
              <w:t>ấ</w:t>
            </w:r>
            <w:r>
              <w:t>p xã</w:t>
            </w:r>
          </w:p>
        </w:tc>
        <w:tc>
          <w:tcPr>
            <w:tcW w:w="1843" w:type="dxa"/>
            <w:vAlign w:val="center"/>
          </w:tcPr>
          <w:p w:rsidR="00DF7BDC" w:rsidRDefault="00D30E93">
            <w:pPr>
              <w:jc w:val="both"/>
            </w:pPr>
            <w:r>
              <w:t>2026-2030</w:t>
            </w:r>
          </w:p>
        </w:tc>
        <w:tc>
          <w:tcPr>
            <w:tcW w:w="2799" w:type="dxa"/>
            <w:vAlign w:val="center"/>
          </w:tcPr>
          <w:p w:rsidR="00DF7BDC" w:rsidRDefault="00D30E93">
            <w:pPr>
              <w:jc w:val="both"/>
            </w:pPr>
            <w:r>
              <w:t>Thi</w:t>
            </w:r>
            <w:r>
              <w:t>ế</w:t>
            </w:r>
            <w:r>
              <w:t>t b</w:t>
            </w:r>
            <w:r>
              <w:t>ị</w:t>
            </w:r>
            <w:r>
              <w:t>, ph</w:t>
            </w:r>
            <w:r>
              <w:t>ầ</w:t>
            </w:r>
            <w:r>
              <w:t>n m</w:t>
            </w:r>
            <w:r>
              <w:t>ề</w:t>
            </w:r>
            <w:r>
              <w:t>m và đi</w:t>
            </w:r>
            <w:r>
              <w:t>ề</w:t>
            </w:r>
            <w:r>
              <w:t>u ki</w:t>
            </w:r>
            <w:r>
              <w:t>ệ</w:t>
            </w:r>
            <w:r>
              <w:t>n k</w:t>
            </w:r>
            <w:r>
              <w:t>ỹ</w:t>
            </w:r>
            <w:r>
              <w:t xml:space="preserve"> thu</w:t>
            </w:r>
            <w:r>
              <w:t>ậ</w:t>
            </w:r>
            <w:r>
              <w:t>t đư</w:t>
            </w:r>
            <w:r>
              <w:t>ợ</w:t>
            </w:r>
            <w:r>
              <w:t>c đ</w:t>
            </w:r>
            <w:r>
              <w:t>ầ</w:t>
            </w:r>
            <w:r>
              <w:t>u tư, nâng c</w:t>
            </w:r>
            <w:r>
              <w:t>ấ</w:t>
            </w:r>
            <w:r>
              <w:t>p theo kh</w:t>
            </w:r>
            <w:r>
              <w:t>ả</w:t>
            </w:r>
            <w:r>
              <w:t xml:space="preserve"> năng</w:t>
            </w:r>
          </w:p>
        </w:tc>
        <w:tc>
          <w:tcPr>
            <w:tcW w:w="603" w:type="dxa"/>
            <w:vAlign w:val="center"/>
          </w:tcPr>
          <w:p w:rsidR="00DF7BDC" w:rsidRDefault="00DF7BDC">
            <w:pPr>
              <w:jc w:val="both"/>
            </w:pPr>
          </w:p>
        </w:tc>
      </w:tr>
    </w:tbl>
    <w:p w:rsidR="00DF7BDC" w:rsidRDefault="00DF7BDC">
      <w:pPr>
        <w:spacing w:line="240" w:lineRule="auto"/>
      </w:pPr>
    </w:p>
    <w:sectPr w:rsidR="00DF7BDC">
      <w:headerReference w:type="default" r:id="rId9"/>
      <w:pgSz w:w="16840" w:h="11907" w:orient="landscape" w:code="9"/>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E93" w:rsidRDefault="00D30E93">
      <w:pPr>
        <w:spacing w:after="0" w:line="240" w:lineRule="auto"/>
      </w:pPr>
      <w:r>
        <w:separator/>
      </w:r>
    </w:p>
  </w:endnote>
  <w:endnote w:type="continuationSeparator" w:id="0">
    <w:p w:rsidR="00D30E93" w:rsidRDefault="00D3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E93" w:rsidRDefault="00D30E93">
      <w:pPr>
        <w:spacing w:after="0" w:line="240" w:lineRule="auto"/>
      </w:pPr>
      <w:r>
        <w:separator/>
      </w:r>
    </w:p>
  </w:footnote>
  <w:footnote w:type="continuationSeparator" w:id="0">
    <w:p w:rsidR="00D30E93" w:rsidRDefault="00D30E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2250960"/>
      <w:docPartObj>
        <w:docPartGallery w:val="Page Numbers (Top of Page)"/>
        <w:docPartUnique/>
      </w:docPartObj>
    </w:sdtPr>
    <w:sdtEndPr>
      <w:rPr>
        <w:noProof/>
      </w:rPr>
    </w:sdtEndPr>
    <w:sdtContent>
      <w:p w:rsidR="00DF7BDC" w:rsidRDefault="00D30E93">
        <w:pPr>
          <w:pStyle w:val="Header"/>
          <w:jc w:val="center"/>
        </w:pPr>
        <w:r>
          <w:fldChar w:fldCharType="begin"/>
        </w:r>
        <w:r>
          <w:instrText xml:space="preserve"> PAGE   \* MERGEFORMAT </w:instrText>
        </w:r>
        <w:r>
          <w:fldChar w:fldCharType="separate"/>
        </w:r>
        <w:r w:rsidR="003810AF">
          <w:rPr>
            <w:noProof/>
          </w:rPr>
          <w:t>5</w:t>
        </w:r>
        <w:r>
          <w:rPr>
            <w:noProof/>
          </w:rPr>
          <w:fldChar w:fldCharType="end"/>
        </w:r>
      </w:p>
    </w:sdtContent>
  </w:sdt>
  <w:p w:rsidR="00DF7BDC" w:rsidRDefault="00DF7B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BDC"/>
    <w:rsid w:val="003810AF"/>
    <w:rsid w:val="00D30E93"/>
    <w:rsid w:val="00DF7B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unhideWhenUsed/>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Number">
    <w:name w:val="List Number"/>
    <w:basedOn w:val="Normal"/>
    <w:uiPriority w:val="99"/>
    <w:unhideWhenUsed/>
    <w:pPr>
      <w:numPr>
        <w:numId w:val="5"/>
      </w:numPr>
      <w:contextualSpacing/>
    </w:pPr>
  </w:style>
  <w:style w:type="paragraph" w:styleId="ListNumber2">
    <w:name w:val="List Number 2"/>
    <w:basedOn w:val="Normal"/>
    <w:uiPriority w:val="99"/>
    <w:unhideWhenUsed/>
    <w:pPr>
      <w:numPr>
        <w:numId w:val="6"/>
      </w:numPr>
      <w:contextualSpacing/>
    </w:pPr>
  </w:style>
  <w:style w:type="paragraph" w:styleId="ListNumber3">
    <w:name w:val="List Number 3"/>
    <w:basedOn w:val="Normal"/>
    <w:uiPriority w:val="99"/>
    <w:unhideWhenUsed/>
    <w:pPr>
      <w:numPr>
        <w:numId w:val="7"/>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styleId="SubtleEmphasis">
    <w:name w:val="Subtle Emphasis"/>
    <w:basedOn w:val="DefaultParagraphFont"/>
    <w:uiPriority w:val="19"/>
    <w:qFormat/>
    <w:rPr>
      <w:i/>
      <w:iCs/>
      <w:color w:val="808080" w:themeColor="text1" w:themeTint="7F"/>
    </w:rPr>
  </w:style>
  <w:style w:type="character" w:styleId="IntenseEmphasis">
    <w:name w:val="Intense Emphasis"/>
    <w:basedOn w:val="DefaultParagraphFont"/>
    <w:uiPriority w:val="21"/>
    <w:qFormat/>
    <w:rPr>
      <w:b/>
      <w:bCs/>
      <w:i/>
      <w:iCs/>
      <w:color w:val="4F81BD" w:themeColor="accent1"/>
    </w:rPr>
  </w:style>
  <w:style w:type="character" w:styleId="SubtleReference">
    <w:name w:val="Subtle Reference"/>
    <w:basedOn w:val="DefaultParagraphFont"/>
    <w:uiPriority w:val="31"/>
    <w:qFormat/>
    <w:rPr>
      <w:smallCaps/>
      <w:color w:val="C0504D" w:themeColor="accent2"/>
      <w:u w:val="single"/>
    </w:rPr>
  </w:style>
  <w:style w:type="character" w:styleId="IntenseReference">
    <w:name w:val="Intense Reference"/>
    <w:basedOn w:val="DefaultParagraphFont"/>
    <w:uiPriority w:val="32"/>
    <w:qFormat/>
    <w:rPr>
      <w:b/>
      <w:bCs/>
      <w:smallCaps/>
      <w:color w:val="C0504D" w:themeColor="accent2"/>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2C1D9-A6B9-4A2A-B805-F2F23B7C8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1464</Words>
  <Characters>8346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2026-09-22T01:07:00Z</dcterms:created>
  <dcterms:modified xsi:type="dcterms:W3CDTF">2026-10-02T03:39:00Z</dcterms:modified>
  <cp:category/>
</cp:coreProperties>
</file>